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57F19" w14:textId="77777777" w:rsidR="00FE3309" w:rsidRDefault="00677504" w:rsidP="00677504">
      <w:pPr>
        <w:ind w:left="5040" w:firstLine="720"/>
        <w:jc w:val="center"/>
      </w:pPr>
      <w:r>
        <w:rPr>
          <w:noProof/>
        </w:rPr>
        <w:drawing>
          <wp:inline distT="0" distB="0" distL="0" distR="0" wp14:anchorId="027A5A16" wp14:editId="2ADEAD8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5 jul 2025, 16_52_5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BD0C" w14:textId="56478476" w:rsidR="00FE3309" w:rsidRDefault="00677504">
      <w:pPr>
        <w:pStyle w:val="Kop1"/>
      </w:pPr>
      <w:proofErr w:type="spellStart"/>
      <w:r>
        <w:t>Klachtenformulier</w:t>
      </w:r>
      <w:proofErr w:type="spellEnd"/>
    </w:p>
    <w:p w14:paraId="78263C77" w14:textId="77777777" w:rsidR="00FE3309" w:rsidRDefault="00677504">
      <w:r>
        <w:t>Met dit formulier kunt u een klacht indienen over de dienstverlening van het bewindvoerderskantoor. Uw klacht wordt vertrouwelijk behandeld en zorgvuldig beoordeeld. U ontvangt binnen 5 werkdagen een ontvangstbevestiging.</w:t>
      </w:r>
    </w:p>
    <w:p w14:paraId="6DEA8987" w14:textId="77777777" w:rsidR="00FE3309" w:rsidRDefault="00677504">
      <w:pPr>
        <w:pStyle w:val="Kop2"/>
      </w:pPr>
      <w:r>
        <w:t>1. Uw persoonsgegevens</w:t>
      </w:r>
    </w:p>
    <w:p w14:paraId="59AAFA40" w14:textId="77777777" w:rsidR="00FE3309" w:rsidRDefault="00677504">
      <w:r>
        <w:t>Naam: .............................................................................................................</w:t>
      </w:r>
    </w:p>
    <w:p w14:paraId="0F4F4CFC" w14:textId="77777777" w:rsidR="00FE3309" w:rsidRDefault="00677504">
      <w:r>
        <w:t>Adres: .............................................................................................................</w:t>
      </w:r>
    </w:p>
    <w:p w14:paraId="704909F4" w14:textId="77777777" w:rsidR="00FE3309" w:rsidRDefault="00677504">
      <w:r>
        <w:t>Postcode en woonplaats: ....................................................................................</w:t>
      </w:r>
    </w:p>
    <w:p w14:paraId="3D0FCE80" w14:textId="77777777" w:rsidR="00FE3309" w:rsidRDefault="00677504">
      <w:r>
        <w:t>Telefoonnummer: .............................................................................................</w:t>
      </w:r>
    </w:p>
    <w:p w14:paraId="2271DDE4" w14:textId="77777777" w:rsidR="00FE3309" w:rsidRDefault="00677504">
      <w:r>
        <w:t>E-mailadres: ....................................................................................................</w:t>
      </w:r>
    </w:p>
    <w:p w14:paraId="055A420F" w14:textId="77777777" w:rsidR="00FE3309" w:rsidRDefault="00677504">
      <w:pPr>
        <w:pStyle w:val="Kop2"/>
      </w:pPr>
      <w:r>
        <w:t>2. Inhoud van uw klacht</w:t>
      </w:r>
    </w:p>
    <w:p w14:paraId="72A4DED6" w14:textId="77777777" w:rsidR="00FE3309" w:rsidRDefault="00677504">
      <w:r>
        <w:t>Datum waarop de klacht betrekking heeft: .................................................................</w:t>
      </w:r>
    </w:p>
    <w:p w14:paraId="3A05AA15" w14:textId="77777777" w:rsidR="00FE3309" w:rsidRDefault="00677504">
      <w:r>
        <w:t>Over wie gaat uw klacht (bijv. naam bewindvoerder of medewerker): ...........................................</w:t>
      </w:r>
    </w:p>
    <w:p w14:paraId="065AC8AA" w14:textId="77777777" w:rsidR="00FE3309" w:rsidRDefault="00677504">
      <w:r>
        <w:t>Omschrijf hieronder zo duidelijk mogelijk de reden van uw klacht:</w:t>
      </w:r>
    </w:p>
    <w:p w14:paraId="63D0DDD9" w14:textId="77777777" w:rsidR="00FE3309" w:rsidRDefault="00677504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EDBC198" w14:textId="77777777" w:rsidR="00FE3309" w:rsidRDefault="00677504">
      <w:pPr>
        <w:pStyle w:val="Kop2"/>
      </w:pPr>
      <w:r>
        <w:lastRenderedPageBreak/>
        <w:t>3. Aanvinkvragen</w:t>
      </w:r>
    </w:p>
    <w:p w14:paraId="2F9ED669" w14:textId="77777777" w:rsidR="00FE3309" w:rsidRDefault="00677504">
      <w:r>
        <w:t>☐</w:t>
      </w:r>
      <w:r>
        <w:t xml:space="preserve"> Bent u op de hoogte van het klachtenreglement van het bewindvoerderskantoor?</w:t>
      </w:r>
    </w:p>
    <w:p w14:paraId="7B944D16" w14:textId="77777777" w:rsidR="00FE3309" w:rsidRDefault="00677504">
      <w:r>
        <w:t>☐</w:t>
      </w:r>
      <w:r>
        <w:t xml:space="preserve"> Heeft u de klacht al besproken met de bewindvoerder?</w:t>
      </w:r>
    </w:p>
    <w:p w14:paraId="035E481F" w14:textId="77777777" w:rsidR="00FE3309" w:rsidRDefault="00677504">
      <w:r>
        <w:t>☐</w:t>
      </w:r>
      <w:r>
        <w:t xml:space="preserve"> Loopt deze klacht ook bij de rechtbank?</w:t>
      </w:r>
    </w:p>
    <w:p w14:paraId="53017BF1" w14:textId="77777777" w:rsidR="00FE3309" w:rsidRDefault="00677504">
      <w:r>
        <w:t>☐</w:t>
      </w:r>
      <w:r>
        <w:t xml:space="preserve"> Wilt u op de hoogte gehouden worden van de afhandeling per e-mail?</w:t>
      </w:r>
    </w:p>
    <w:p w14:paraId="7AFCAC9B" w14:textId="77777777" w:rsidR="00FE3309" w:rsidRDefault="00677504">
      <w:r>
        <w:t>☐</w:t>
      </w:r>
      <w:r>
        <w:t xml:space="preserve"> Gaat het om een herhaalde klacht?</w:t>
      </w:r>
    </w:p>
    <w:p w14:paraId="4A76B144" w14:textId="77777777" w:rsidR="00FE3309" w:rsidRDefault="00677504">
      <w:pPr>
        <w:pStyle w:val="Kop2"/>
      </w:pPr>
      <w:r>
        <w:t>4. Eventuele bijlagen</w:t>
      </w:r>
    </w:p>
    <w:p w14:paraId="467B5A64" w14:textId="77777777" w:rsidR="00FE3309" w:rsidRDefault="00677504">
      <w:r>
        <w:t>Voeg kopieën toe van documenten die relevant zijn voor de klacht:</w:t>
      </w:r>
    </w:p>
    <w:p w14:paraId="05477C42" w14:textId="77777777" w:rsidR="00FE3309" w:rsidRDefault="00677504">
      <w:r>
        <w:t>- ...............................................................................</w:t>
      </w:r>
    </w:p>
    <w:p w14:paraId="22769FDC" w14:textId="77777777" w:rsidR="00FE3309" w:rsidRDefault="00677504">
      <w:r>
        <w:t>- ...............................................................................</w:t>
      </w:r>
    </w:p>
    <w:p w14:paraId="3BDF7105" w14:textId="77777777" w:rsidR="00FE3309" w:rsidRDefault="00677504">
      <w:pPr>
        <w:pStyle w:val="Kop2"/>
      </w:pPr>
      <w:r>
        <w:t>5. Gewenste oplossing</w:t>
      </w:r>
    </w:p>
    <w:p w14:paraId="05FFAC34" w14:textId="77777777" w:rsidR="00FE3309" w:rsidRDefault="00677504">
      <w:r>
        <w:t>Wat verwacht u van ons als oplossing of reactie op uw klacht?</w:t>
      </w:r>
    </w:p>
    <w:p w14:paraId="3C7E0322" w14:textId="77777777" w:rsidR="00FE3309" w:rsidRDefault="00677504">
      <w:r>
        <w:br/>
      </w:r>
      <w:r>
        <w:br/>
      </w:r>
      <w:r>
        <w:br/>
      </w:r>
      <w:r>
        <w:br/>
      </w:r>
      <w:r>
        <w:br/>
      </w:r>
    </w:p>
    <w:p w14:paraId="494B0AB0" w14:textId="77777777" w:rsidR="00FE3309" w:rsidRDefault="00677504">
      <w:pPr>
        <w:pStyle w:val="Kop2"/>
      </w:pPr>
      <w:r>
        <w:t>6. Ondertekening</w:t>
      </w:r>
    </w:p>
    <w:p w14:paraId="5EE5EBE2" w14:textId="77777777" w:rsidR="00FE3309" w:rsidRDefault="00677504">
      <w:r>
        <w:t>Plaats: ...............................................................................</w:t>
      </w:r>
    </w:p>
    <w:p w14:paraId="35973729" w14:textId="77777777" w:rsidR="00FE3309" w:rsidRDefault="00677504">
      <w:r>
        <w:t>Datum: ...............................................................................</w:t>
      </w:r>
    </w:p>
    <w:p w14:paraId="03F5DE56" w14:textId="77777777" w:rsidR="00677504" w:rsidRDefault="00677504"/>
    <w:p w14:paraId="052BF59E" w14:textId="77777777" w:rsidR="00FE3309" w:rsidRDefault="00677504">
      <w:r>
        <w:t>Handtekening: ...............................................................................</w:t>
      </w:r>
    </w:p>
    <w:sectPr w:rsidR="00FE3309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03047126">
    <w:abstractNumId w:val="8"/>
  </w:num>
  <w:num w:numId="2" w16cid:durableId="2020501135">
    <w:abstractNumId w:val="6"/>
  </w:num>
  <w:num w:numId="3" w16cid:durableId="187105544">
    <w:abstractNumId w:val="5"/>
  </w:num>
  <w:num w:numId="4" w16cid:durableId="872381386">
    <w:abstractNumId w:val="4"/>
  </w:num>
  <w:num w:numId="5" w16cid:durableId="566958245">
    <w:abstractNumId w:val="7"/>
  </w:num>
  <w:num w:numId="6" w16cid:durableId="2051879705">
    <w:abstractNumId w:val="3"/>
  </w:num>
  <w:num w:numId="7" w16cid:durableId="770780504">
    <w:abstractNumId w:val="2"/>
  </w:num>
  <w:num w:numId="8" w16cid:durableId="897936778">
    <w:abstractNumId w:val="1"/>
  </w:num>
  <w:num w:numId="9" w16cid:durableId="183772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77504"/>
    <w:rsid w:val="00A106A3"/>
    <w:rsid w:val="00AA1D8D"/>
    <w:rsid w:val="00B47730"/>
    <w:rsid w:val="00CB0664"/>
    <w:rsid w:val="00FC693F"/>
    <w:rsid w:val="00FE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AEDF8B"/>
  <w14:defaultImageDpi w14:val="300"/>
  <w15:docId w15:val="{5C621878-33C5-4952-AA1B-82CFE8C4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Tatiana Hermsen</cp:lastModifiedBy>
  <cp:revision>2</cp:revision>
  <dcterms:created xsi:type="dcterms:W3CDTF">2025-07-28T14:15:00Z</dcterms:created>
  <dcterms:modified xsi:type="dcterms:W3CDTF">2025-07-28T14:15:00Z</dcterms:modified>
  <cp:category/>
</cp:coreProperties>
</file>