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B71E4" w14:textId="77777777" w:rsidR="0042715B" w:rsidRDefault="0093529E" w:rsidP="00E97282">
      <w:pPr>
        <w:ind w:left="5040" w:firstLine="720"/>
        <w:jc w:val="center"/>
      </w:pPr>
      <w:r>
        <w:rPr>
          <w:noProof/>
        </w:rPr>
        <w:drawing>
          <wp:inline distT="0" distB="0" distL="0" distR="0" wp14:anchorId="19409039" wp14:editId="5CE99CDE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5 jul 2025, 16_52_5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29A6" w14:textId="6443433B" w:rsidR="0042715B" w:rsidRDefault="0093529E">
      <w:pPr>
        <w:pStyle w:val="Kop1"/>
      </w:pPr>
      <w:proofErr w:type="spellStart"/>
      <w:r>
        <w:t>Klachten</w:t>
      </w:r>
      <w:r w:rsidR="00E97282">
        <w:t>reglement</w:t>
      </w:r>
      <w:proofErr w:type="spellEnd"/>
      <w:r w:rsidR="00E97282">
        <w:t xml:space="preserve"> Hermsen </w:t>
      </w:r>
      <w:proofErr w:type="spellStart"/>
      <w:r w:rsidR="00E97282">
        <w:t>Juristen</w:t>
      </w:r>
      <w:proofErr w:type="spellEnd"/>
      <w:r w:rsidR="00E97282">
        <w:t xml:space="preserve"> &amp; Finance</w:t>
      </w:r>
    </w:p>
    <w:p w14:paraId="08B7619A" w14:textId="56B57AFE" w:rsidR="004066E5" w:rsidRDefault="004066E5">
      <w:r>
        <w:t xml:space="preserve">Hermsen </w:t>
      </w:r>
      <w:proofErr w:type="spellStart"/>
      <w:r>
        <w:t>Juristen</w:t>
      </w:r>
      <w:proofErr w:type="spellEnd"/>
      <w:r>
        <w:t xml:space="preserve"> &amp; Finance </w:t>
      </w:r>
      <w:proofErr w:type="spellStart"/>
      <w:r>
        <w:t>tracht</w:t>
      </w:r>
      <w:proofErr w:type="spellEnd"/>
      <w:r>
        <w:t xml:space="preserve"> op </w:t>
      </w:r>
      <w:proofErr w:type="spellStart"/>
      <w:r>
        <w:t>professionele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integere</w:t>
      </w:r>
      <w:proofErr w:type="spellEnd"/>
      <w:r>
        <w:t xml:space="preserve"> </w:t>
      </w:r>
      <w:proofErr w:type="spellStart"/>
      <w:r>
        <w:t>wijze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diensten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verlenen</w:t>
      </w:r>
      <w:proofErr w:type="spellEnd"/>
      <w:r>
        <w:t xml:space="preserve">. Toch </w:t>
      </w:r>
      <w:proofErr w:type="spellStart"/>
      <w:r>
        <w:t>kan</w:t>
      </w:r>
      <w:proofErr w:type="spellEnd"/>
      <w:r>
        <w:t xml:space="preserve"> het </w:t>
      </w:r>
      <w:proofErr w:type="spellStart"/>
      <w:r>
        <w:t>gebeuren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u </w:t>
      </w:r>
      <w:proofErr w:type="spellStart"/>
      <w:r>
        <w:t>ontevreden</w:t>
      </w:r>
      <w:proofErr w:type="spellEnd"/>
      <w:r>
        <w:t xml:space="preserve"> bent over de </w:t>
      </w:r>
      <w:proofErr w:type="spellStart"/>
      <w:r>
        <w:t>dienstverlening</w:t>
      </w:r>
      <w:proofErr w:type="spellEnd"/>
      <w:r>
        <w:t xml:space="preserve">. In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geval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u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indienen</w:t>
      </w:r>
      <w:proofErr w:type="spellEnd"/>
      <w:r>
        <w:t xml:space="preserve"> conform </w:t>
      </w:r>
      <w:proofErr w:type="spellStart"/>
      <w:r>
        <w:t>artikel</w:t>
      </w:r>
      <w:proofErr w:type="spellEnd"/>
      <w:r>
        <w:t xml:space="preserve"> 1:379 lid 1 </w:t>
      </w:r>
      <w:proofErr w:type="spellStart"/>
      <w:r>
        <w:t>en</w:t>
      </w:r>
      <w:proofErr w:type="spellEnd"/>
      <w:r>
        <w:t xml:space="preserve"> lid 2 BW. Een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 </w:t>
      </w:r>
      <w:proofErr w:type="spellStart"/>
      <w:r>
        <w:t>volgens</w:t>
      </w:r>
      <w:proofErr w:type="spellEnd"/>
      <w:r>
        <w:t xml:space="preserve"> </w:t>
      </w:r>
      <w:proofErr w:type="spellStart"/>
      <w:r>
        <w:t>onderstaand</w:t>
      </w:r>
      <w:proofErr w:type="spellEnd"/>
      <w:r>
        <w:t xml:space="preserve"> protocol </w:t>
      </w:r>
      <w:proofErr w:type="spellStart"/>
      <w:r>
        <w:t>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ingediend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klachtenformulier</w:t>
      </w:r>
      <w:proofErr w:type="spellEnd"/>
      <w:r>
        <w:t xml:space="preserve">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vullen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ondertekend</w:t>
      </w:r>
      <w:proofErr w:type="spellEnd"/>
      <w:r>
        <w:t xml:space="preserve"> retour </w:t>
      </w:r>
      <w:proofErr w:type="spellStart"/>
      <w:r>
        <w:t>te</w:t>
      </w:r>
      <w:proofErr w:type="spellEnd"/>
      <w:r>
        <w:t xml:space="preserve"> Zenden per post of digital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verzenden</w:t>
      </w:r>
      <w:proofErr w:type="spellEnd"/>
      <w:r>
        <w:t xml:space="preserve"> per e-mail. In het </w:t>
      </w:r>
      <w:proofErr w:type="spellStart"/>
      <w:r>
        <w:t>klachtenprotocol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doel</w:t>
      </w:r>
      <w:proofErr w:type="spellEnd"/>
      <w:r>
        <w:t xml:space="preserve"> van de </w:t>
      </w:r>
      <w:proofErr w:type="spellStart"/>
      <w:r>
        <w:t>klachtenprocedure</w:t>
      </w:r>
      <w:proofErr w:type="spellEnd"/>
      <w:r>
        <w:t xml:space="preserve">, de </w:t>
      </w:r>
      <w:proofErr w:type="spellStart"/>
      <w:r>
        <w:t>definitie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procedure van de </w:t>
      </w:r>
      <w:proofErr w:type="spellStart"/>
      <w:r>
        <w:t>klachtenafhandeling</w:t>
      </w:r>
      <w:proofErr w:type="spellEnd"/>
      <w:r>
        <w:t xml:space="preserve"> </w:t>
      </w:r>
      <w:proofErr w:type="spellStart"/>
      <w:r>
        <w:t>beschreven</w:t>
      </w:r>
      <w:proofErr w:type="spellEnd"/>
      <w:r>
        <w:t>.</w:t>
      </w:r>
    </w:p>
    <w:p w14:paraId="3CBEE805" w14:textId="3A5B67B6" w:rsidR="0042715B" w:rsidRDefault="004066E5">
      <w:pPr>
        <w:pStyle w:val="Kop2"/>
      </w:pPr>
      <w:proofErr w:type="spellStart"/>
      <w:r>
        <w:t>Definities</w:t>
      </w:r>
      <w:proofErr w:type="spellEnd"/>
    </w:p>
    <w:p w14:paraId="0FC6B1DD" w14:textId="01830861" w:rsidR="004066E5" w:rsidRDefault="004066E5" w:rsidP="004066E5">
      <w:pPr>
        <w:pStyle w:val="Lijstalinea"/>
        <w:numPr>
          <w:ilvl w:val="0"/>
          <w:numId w:val="10"/>
        </w:numPr>
      </w:pPr>
      <w:r>
        <w:t xml:space="preserve">De </w:t>
      </w:r>
      <w:proofErr w:type="spellStart"/>
      <w:r>
        <w:t>organisatie</w:t>
      </w:r>
      <w:proofErr w:type="spellEnd"/>
      <w:r>
        <w:t xml:space="preserve"> – Hermsen </w:t>
      </w:r>
      <w:proofErr w:type="spellStart"/>
      <w:r>
        <w:t>Juristen</w:t>
      </w:r>
      <w:proofErr w:type="spellEnd"/>
      <w:r>
        <w:t xml:space="preserve"> &amp; Finance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ingeschreven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KvK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nummer</w:t>
      </w:r>
      <w:proofErr w:type="spellEnd"/>
      <w:r>
        <w:t xml:space="preserve">: </w:t>
      </w:r>
    </w:p>
    <w:p w14:paraId="6311D9E9" w14:textId="4FA02389" w:rsidR="004066E5" w:rsidRDefault="004066E5" w:rsidP="004066E5">
      <w:pPr>
        <w:pStyle w:val="Lijstalinea"/>
        <w:numPr>
          <w:ilvl w:val="0"/>
          <w:numId w:val="10"/>
        </w:numPr>
      </w:pPr>
      <w:proofErr w:type="spellStart"/>
      <w:r>
        <w:t>Bewindvoerder</w:t>
      </w:r>
      <w:proofErr w:type="spellEnd"/>
      <w:r>
        <w:t xml:space="preserve"> – </w:t>
      </w:r>
      <w:proofErr w:type="spellStart"/>
      <w:r>
        <w:t>Degene</w:t>
      </w:r>
      <w:proofErr w:type="spellEnd"/>
      <w:r>
        <w:t xml:space="preserve"> die het </w:t>
      </w:r>
      <w:proofErr w:type="spellStart"/>
      <w:r>
        <w:t>bewind</w:t>
      </w:r>
      <w:proofErr w:type="spellEnd"/>
      <w:r>
        <w:t xml:space="preserve"> </w:t>
      </w:r>
      <w:proofErr w:type="spellStart"/>
      <w:r>
        <w:t>daadwerkelijk</w:t>
      </w:r>
      <w:proofErr w:type="spellEnd"/>
      <w:r>
        <w:t xml:space="preserve"> </w:t>
      </w:r>
      <w:proofErr w:type="spellStart"/>
      <w:r>
        <w:t>uitvoert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daarvoor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verantwoording</w:t>
      </w:r>
      <w:proofErr w:type="spellEnd"/>
      <w:r>
        <w:t xml:space="preserve"> </w:t>
      </w:r>
      <w:proofErr w:type="spellStart"/>
      <w:r>
        <w:t>aflegt</w:t>
      </w:r>
      <w:proofErr w:type="spellEnd"/>
      <w:r>
        <w:t>.</w:t>
      </w:r>
    </w:p>
    <w:p w14:paraId="46D2639E" w14:textId="469CEFCD" w:rsidR="004066E5" w:rsidRDefault="004066E5" w:rsidP="004066E5">
      <w:pPr>
        <w:pStyle w:val="Lijstalinea"/>
        <w:numPr>
          <w:ilvl w:val="0"/>
          <w:numId w:val="10"/>
        </w:numPr>
      </w:pPr>
      <w:proofErr w:type="spellStart"/>
      <w:r>
        <w:t>Cliënt</w:t>
      </w:r>
      <w:proofErr w:type="spellEnd"/>
      <w:r>
        <w:t xml:space="preserve"> – Een </w:t>
      </w:r>
      <w:proofErr w:type="spellStart"/>
      <w:r>
        <w:t>persoon</w:t>
      </w:r>
      <w:proofErr w:type="spellEnd"/>
      <w:r>
        <w:t xml:space="preserve"> die </w:t>
      </w:r>
      <w:proofErr w:type="spellStart"/>
      <w:r>
        <w:t>bij</w:t>
      </w:r>
      <w:proofErr w:type="spellEnd"/>
      <w:r>
        <w:t xml:space="preserve"> Hermsen </w:t>
      </w:r>
      <w:proofErr w:type="spellStart"/>
      <w:r>
        <w:t>Juristen</w:t>
      </w:r>
      <w:proofErr w:type="spellEnd"/>
      <w:r>
        <w:t xml:space="preserve"> &amp; Finance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bewind</w:t>
      </w:r>
      <w:proofErr w:type="spellEnd"/>
      <w:r>
        <w:t xml:space="preserve"> is </w:t>
      </w:r>
      <w:proofErr w:type="spellStart"/>
      <w:r>
        <w:t>gesteld</w:t>
      </w:r>
      <w:proofErr w:type="spellEnd"/>
      <w:r>
        <w:t xml:space="preserve"> of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bewind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 is </w:t>
      </w:r>
      <w:proofErr w:type="spellStart"/>
      <w:r>
        <w:t>geweest</w:t>
      </w:r>
      <w:proofErr w:type="spellEnd"/>
      <w:r>
        <w:t xml:space="preserve"> door de </w:t>
      </w:r>
      <w:proofErr w:type="spellStart"/>
      <w:r>
        <w:t>daartoe</w:t>
      </w:r>
      <w:proofErr w:type="spellEnd"/>
      <w:r>
        <w:t xml:space="preserve"> </w:t>
      </w:r>
      <w:proofErr w:type="spellStart"/>
      <w:r>
        <w:t>bevoegde</w:t>
      </w:r>
      <w:proofErr w:type="spellEnd"/>
      <w:r>
        <w:t xml:space="preserve"> Rechtbank.</w:t>
      </w:r>
    </w:p>
    <w:p w14:paraId="0E385746" w14:textId="7097388D" w:rsidR="004066E5" w:rsidRDefault="004066E5" w:rsidP="004066E5">
      <w:pPr>
        <w:pStyle w:val="Lijstalinea"/>
        <w:numPr>
          <w:ilvl w:val="0"/>
          <w:numId w:val="10"/>
        </w:numPr>
      </w:pPr>
      <w:proofErr w:type="spellStart"/>
      <w:r>
        <w:t>Klacht</w:t>
      </w:r>
      <w:proofErr w:type="spellEnd"/>
      <w:r>
        <w:t xml:space="preserve"> – Een </w:t>
      </w:r>
      <w:proofErr w:type="spellStart"/>
      <w:r>
        <w:t>schriftelijke</w:t>
      </w:r>
      <w:proofErr w:type="spellEnd"/>
      <w:r>
        <w:t xml:space="preserve"> </w:t>
      </w:r>
      <w:proofErr w:type="spellStart"/>
      <w:r>
        <w:t>uiting</w:t>
      </w:r>
      <w:proofErr w:type="spellEnd"/>
      <w:r>
        <w:t xml:space="preserve"> van </w:t>
      </w:r>
      <w:proofErr w:type="spellStart"/>
      <w:r>
        <w:t>onvrede</w:t>
      </w:r>
      <w:proofErr w:type="spellEnd"/>
      <w:r>
        <w:t xml:space="preserve"> over de </w:t>
      </w:r>
      <w:proofErr w:type="spellStart"/>
      <w:r>
        <w:t>dienstverlening</w:t>
      </w:r>
      <w:proofErr w:type="spellEnd"/>
      <w:r>
        <w:t xml:space="preserve"> van de </w:t>
      </w:r>
      <w:proofErr w:type="spellStart"/>
      <w:r>
        <w:t>organisatie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betrekking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op </w:t>
      </w:r>
      <w:proofErr w:type="spellStart"/>
      <w:r>
        <w:t>bijvoorbeeld</w:t>
      </w:r>
      <w:proofErr w:type="spellEnd"/>
      <w:r>
        <w:t xml:space="preserve">: </w:t>
      </w:r>
      <w:proofErr w:type="spellStart"/>
      <w:r>
        <w:t>bereikbaarheid</w:t>
      </w:r>
      <w:proofErr w:type="spellEnd"/>
      <w:r>
        <w:t xml:space="preserve">, </w:t>
      </w:r>
      <w:proofErr w:type="spellStart"/>
      <w:r>
        <w:t>onduidelijke</w:t>
      </w:r>
      <w:proofErr w:type="spellEnd"/>
      <w:r>
        <w:t xml:space="preserve"> of </w:t>
      </w:r>
      <w:proofErr w:type="spellStart"/>
      <w:r>
        <w:t>gebrekkige</w:t>
      </w:r>
      <w:proofErr w:type="spellEnd"/>
      <w:r>
        <w:t xml:space="preserve"> </w:t>
      </w:r>
      <w:proofErr w:type="spellStart"/>
      <w:r>
        <w:t>communicatie</w:t>
      </w:r>
      <w:proofErr w:type="spellEnd"/>
      <w:r>
        <w:t xml:space="preserve">, </w:t>
      </w:r>
      <w:proofErr w:type="spellStart"/>
      <w:r>
        <w:t>onenigheid</w:t>
      </w:r>
      <w:proofErr w:type="spellEnd"/>
      <w:r>
        <w:t xml:space="preserve"> over </w:t>
      </w:r>
      <w:proofErr w:type="spellStart"/>
      <w:r>
        <w:t>beslissigen</w:t>
      </w:r>
      <w:proofErr w:type="spellEnd"/>
      <w:r>
        <w:t xml:space="preserve">, </w:t>
      </w:r>
      <w:proofErr w:type="spellStart"/>
      <w:r>
        <w:t>fouten</w:t>
      </w:r>
      <w:proofErr w:type="spellEnd"/>
      <w:r>
        <w:t xml:space="preserve"> in de </w:t>
      </w:r>
      <w:proofErr w:type="spellStart"/>
      <w:r>
        <w:t>administratie</w:t>
      </w:r>
      <w:proofErr w:type="spellEnd"/>
      <w:r>
        <w:t xml:space="preserve"> of </w:t>
      </w:r>
      <w:proofErr w:type="spellStart"/>
      <w:r>
        <w:t>informatieverstrekking</w:t>
      </w:r>
      <w:proofErr w:type="spellEnd"/>
      <w:r>
        <w:t>, etc.</w:t>
      </w:r>
    </w:p>
    <w:p w14:paraId="13F73884" w14:textId="38AD7451" w:rsidR="0035059C" w:rsidRDefault="0035059C" w:rsidP="004066E5">
      <w:pPr>
        <w:pStyle w:val="Lijstalinea"/>
        <w:numPr>
          <w:ilvl w:val="0"/>
          <w:numId w:val="10"/>
        </w:numPr>
      </w:pPr>
      <w:proofErr w:type="spellStart"/>
      <w:r>
        <w:t>Klachtenregeling</w:t>
      </w:r>
      <w:proofErr w:type="spellEnd"/>
      <w:r>
        <w:t xml:space="preserve"> – </w:t>
      </w:r>
      <w:proofErr w:type="spellStart"/>
      <w:r>
        <w:t>bedoeld</w:t>
      </w:r>
      <w:proofErr w:type="spellEnd"/>
      <w:r>
        <w:t xml:space="preserve"> om </w:t>
      </w:r>
      <w:proofErr w:type="spellStart"/>
      <w:r>
        <w:t>onvrede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uiten</w:t>
      </w:r>
      <w:proofErr w:type="spellEnd"/>
      <w:r>
        <w:t xml:space="preserve"> over de </w:t>
      </w:r>
      <w:proofErr w:type="spellStart"/>
      <w:r>
        <w:t>uitvoering</w:t>
      </w:r>
      <w:proofErr w:type="spellEnd"/>
      <w:r>
        <w:t xml:space="preserve"> van het </w:t>
      </w:r>
      <w:proofErr w:type="spellStart"/>
      <w:r>
        <w:t>bewind</w:t>
      </w:r>
      <w:proofErr w:type="spellEnd"/>
      <w:r>
        <w:t xml:space="preserve">. </w:t>
      </w:r>
      <w:proofErr w:type="spellStart"/>
      <w:r>
        <w:t>Klachten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vertrouwelijk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serieus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. Het </w:t>
      </w:r>
      <w:proofErr w:type="spellStart"/>
      <w:r>
        <w:t>doel</w:t>
      </w:r>
      <w:proofErr w:type="spellEnd"/>
      <w:r>
        <w:t xml:space="preserve"> is </w:t>
      </w:r>
      <w:proofErr w:type="spellStart"/>
      <w:r>
        <w:t>herstellen</w:t>
      </w:r>
      <w:proofErr w:type="spellEnd"/>
      <w:r>
        <w:t xml:space="preserve"> van </w:t>
      </w:r>
      <w:proofErr w:type="spellStart"/>
      <w:r>
        <w:t>vertrouwen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verbetering</w:t>
      </w:r>
      <w:proofErr w:type="spellEnd"/>
      <w:r>
        <w:t xml:space="preserve"> van de </w:t>
      </w:r>
      <w:proofErr w:type="spellStart"/>
      <w:r>
        <w:t>dienstverlening</w:t>
      </w:r>
      <w:proofErr w:type="spellEnd"/>
      <w:r>
        <w:t>.</w:t>
      </w:r>
    </w:p>
    <w:p w14:paraId="2CE859D9" w14:textId="77777777" w:rsidR="00D412EE" w:rsidRDefault="00D412EE" w:rsidP="00D412EE">
      <w:pPr>
        <w:pStyle w:val="Kop2"/>
      </w:pPr>
      <w:proofErr w:type="spellStart"/>
      <w:r>
        <w:t>Beschikbaarheid</w:t>
      </w:r>
      <w:proofErr w:type="spellEnd"/>
      <w:r>
        <w:t xml:space="preserve"> </w:t>
      </w:r>
      <w:proofErr w:type="spellStart"/>
      <w:r>
        <w:t>klachten</w:t>
      </w:r>
      <w:proofErr w:type="spellEnd"/>
      <w:r>
        <w:t xml:space="preserve"> </w:t>
      </w:r>
      <w:proofErr w:type="spellStart"/>
      <w:r>
        <w:t>reglement</w:t>
      </w:r>
      <w:proofErr w:type="spellEnd"/>
    </w:p>
    <w:p w14:paraId="372907D4" w14:textId="1F815B20" w:rsidR="0035059C" w:rsidRDefault="00D412EE" w:rsidP="00D412EE">
      <w:pPr>
        <w:pStyle w:val="Geenafstand"/>
      </w:pPr>
      <w:proofErr w:type="spellStart"/>
      <w:r w:rsidRPr="00D412EE">
        <w:t>Dit</w:t>
      </w:r>
      <w:proofErr w:type="spellEnd"/>
      <w:r w:rsidRPr="00D412EE">
        <w:t xml:space="preserve"> </w:t>
      </w:r>
      <w:proofErr w:type="spellStart"/>
      <w:r w:rsidRPr="00D412EE">
        <w:t>klachtenreglement</w:t>
      </w:r>
      <w:proofErr w:type="spellEnd"/>
      <w:r w:rsidRPr="00D412EE">
        <w:t xml:space="preserve"> </w:t>
      </w:r>
      <w:proofErr w:type="spellStart"/>
      <w:r w:rsidRPr="00D412EE">
        <w:t>wordt</w:t>
      </w:r>
      <w:proofErr w:type="spellEnd"/>
      <w:r w:rsidRPr="00D412EE">
        <w:t xml:space="preserve"> </w:t>
      </w:r>
      <w:proofErr w:type="spellStart"/>
      <w:r w:rsidRPr="00D412EE">
        <w:t>uitgereikt</w:t>
      </w:r>
      <w:proofErr w:type="spellEnd"/>
      <w:r w:rsidRPr="00D412EE">
        <w:t xml:space="preserve"> </w:t>
      </w:r>
      <w:proofErr w:type="spellStart"/>
      <w:r w:rsidRPr="00D412EE">
        <w:t>aan</w:t>
      </w:r>
      <w:proofErr w:type="spellEnd"/>
      <w:r w:rsidRPr="00D412EE">
        <w:t xml:space="preserve"> de </w:t>
      </w:r>
      <w:proofErr w:type="spellStart"/>
      <w:r w:rsidRPr="00D412EE">
        <w:t>cliënt</w:t>
      </w:r>
      <w:proofErr w:type="spellEnd"/>
      <w:r w:rsidRPr="00D412EE">
        <w:t xml:space="preserve"> </w:t>
      </w:r>
      <w:proofErr w:type="spellStart"/>
      <w:r w:rsidRPr="00D412EE">
        <w:t>voorafgaand</w:t>
      </w:r>
      <w:proofErr w:type="spellEnd"/>
      <w:r w:rsidRPr="00D412EE">
        <w:t xml:space="preserve"> </w:t>
      </w:r>
      <w:proofErr w:type="spellStart"/>
      <w:r w:rsidRPr="00D412EE">
        <w:t>aan</w:t>
      </w:r>
      <w:proofErr w:type="spellEnd"/>
      <w:r w:rsidRPr="00D412EE">
        <w:t xml:space="preserve"> of </w:t>
      </w:r>
      <w:proofErr w:type="spellStart"/>
      <w:r w:rsidRPr="00D412EE">
        <w:t>tijdens</w:t>
      </w:r>
      <w:proofErr w:type="spellEnd"/>
      <w:r w:rsidRPr="00D412EE">
        <w:t xml:space="preserve"> het </w:t>
      </w:r>
      <w:proofErr w:type="spellStart"/>
      <w:r w:rsidRPr="00D412EE">
        <w:t>eerste</w:t>
      </w:r>
      <w:proofErr w:type="spellEnd"/>
      <w:r w:rsidRPr="00D412EE">
        <w:t xml:space="preserve"> </w:t>
      </w:r>
      <w:proofErr w:type="spellStart"/>
      <w:r w:rsidRPr="00D412EE">
        <w:t>kennismakingsgesprek</w:t>
      </w:r>
      <w:proofErr w:type="spellEnd"/>
      <w:r w:rsidRPr="00D412EE">
        <w:t xml:space="preserve">. Het </w:t>
      </w:r>
      <w:proofErr w:type="spellStart"/>
      <w:r w:rsidRPr="00D412EE">
        <w:t>klachtenreglement</w:t>
      </w:r>
      <w:proofErr w:type="spellEnd"/>
      <w:r w:rsidRPr="00D412EE">
        <w:t xml:space="preserve"> is </w:t>
      </w:r>
      <w:proofErr w:type="spellStart"/>
      <w:r w:rsidRPr="00D412EE">
        <w:t>voor</w:t>
      </w:r>
      <w:proofErr w:type="spellEnd"/>
      <w:r w:rsidRPr="00D412EE">
        <w:t xml:space="preserve"> </w:t>
      </w:r>
      <w:proofErr w:type="spellStart"/>
      <w:r w:rsidRPr="00D412EE">
        <w:t>iedereen</w:t>
      </w:r>
      <w:proofErr w:type="spellEnd"/>
      <w:r w:rsidRPr="00D412EE">
        <w:t xml:space="preserve"> op </w:t>
      </w:r>
      <w:proofErr w:type="spellStart"/>
      <w:r w:rsidRPr="00D412EE">
        <w:t>te</w:t>
      </w:r>
      <w:proofErr w:type="spellEnd"/>
      <w:r w:rsidRPr="00D412EE">
        <w:t xml:space="preserve"> </w:t>
      </w:r>
      <w:proofErr w:type="spellStart"/>
      <w:r w:rsidRPr="00D412EE">
        <w:t>vragen</w:t>
      </w:r>
      <w:proofErr w:type="spellEnd"/>
      <w:r w:rsidRPr="00D412EE">
        <w:t xml:space="preserve"> </w:t>
      </w:r>
      <w:proofErr w:type="spellStart"/>
      <w:r w:rsidRPr="00D412EE">
        <w:t>bij</w:t>
      </w:r>
      <w:proofErr w:type="spellEnd"/>
      <w:r w:rsidRPr="00D412EE">
        <w:t xml:space="preserve"> de </w:t>
      </w:r>
      <w:proofErr w:type="spellStart"/>
      <w:r w:rsidRPr="00D412EE">
        <w:t>organisatie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 </w:t>
      </w:r>
      <w:proofErr w:type="spellStart"/>
      <w:r w:rsidRPr="00D412EE">
        <w:t>te</w:t>
      </w:r>
      <w:proofErr w:type="spellEnd"/>
      <w:r w:rsidRPr="00D412EE">
        <w:t xml:space="preserve"> </w:t>
      </w:r>
      <w:proofErr w:type="spellStart"/>
      <w:r w:rsidRPr="00D412EE">
        <w:t>vinden</w:t>
      </w:r>
      <w:proofErr w:type="spellEnd"/>
      <w:r w:rsidRPr="00D412EE">
        <w:t xml:space="preserve"> op de website van </w:t>
      </w:r>
      <w:r>
        <w:t xml:space="preserve">Hermsen </w:t>
      </w:r>
      <w:proofErr w:type="spellStart"/>
      <w:r>
        <w:t>Juristen</w:t>
      </w:r>
      <w:proofErr w:type="spellEnd"/>
      <w:r>
        <w:t xml:space="preserve"> &amp; Finance</w:t>
      </w:r>
      <w:r w:rsidRPr="00D412EE">
        <w:t>.</w:t>
      </w:r>
    </w:p>
    <w:p w14:paraId="68DB491D" w14:textId="3A56F0B2" w:rsidR="00D412EE" w:rsidRDefault="00D412EE" w:rsidP="00D412EE">
      <w:pPr>
        <w:pStyle w:val="Kop2"/>
      </w:pPr>
      <w:r>
        <w:t xml:space="preserve">Voor </w:t>
      </w:r>
      <w:proofErr w:type="spellStart"/>
      <w:r>
        <w:t>wie</w:t>
      </w:r>
      <w:proofErr w:type="spellEnd"/>
      <w:r>
        <w:t xml:space="preserve"> is het </w:t>
      </w:r>
      <w:proofErr w:type="spellStart"/>
      <w:r>
        <w:t>klachtenreglement</w:t>
      </w:r>
      <w:proofErr w:type="spellEnd"/>
      <w:r>
        <w:t>?</w:t>
      </w:r>
    </w:p>
    <w:p w14:paraId="041FEC22" w14:textId="74A45ACF" w:rsidR="0035059C" w:rsidRDefault="00D412EE" w:rsidP="00D412EE">
      <w:pPr>
        <w:pStyle w:val="Geenafstand"/>
      </w:pPr>
      <w:proofErr w:type="spellStart"/>
      <w:r w:rsidRPr="00D412EE">
        <w:t>Dit</w:t>
      </w:r>
      <w:proofErr w:type="spellEnd"/>
      <w:r w:rsidRPr="00D412EE">
        <w:t xml:space="preserve"> </w:t>
      </w:r>
      <w:proofErr w:type="spellStart"/>
      <w:r w:rsidRPr="00D412EE">
        <w:t>klachtenreglement</w:t>
      </w:r>
      <w:proofErr w:type="spellEnd"/>
      <w:r w:rsidRPr="00D412EE">
        <w:t xml:space="preserve"> </w:t>
      </w:r>
      <w:proofErr w:type="spellStart"/>
      <w:r w:rsidRPr="00D412EE">
        <w:t>geldt</w:t>
      </w:r>
      <w:proofErr w:type="spellEnd"/>
      <w:r w:rsidRPr="00D412EE">
        <w:t xml:space="preserve"> </w:t>
      </w:r>
      <w:proofErr w:type="spellStart"/>
      <w:r w:rsidRPr="00D412EE">
        <w:t>voor</w:t>
      </w:r>
      <w:proofErr w:type="spellEnd"/>
      <w:r w:rsidRPr="00D412EE">
        <w:t xml:space="preserve"> de </w:t>
      </w:r>
      <w:proofErr w:type="spellStart"/>
      <w:r w:rsidRPr="00D412EE">
        <w:t>betrokken</w:t>
      </w:r>
      <w:proofErr w:type="spellEnd"/>
      <w:r w:rsidRPr="00D412EE">
        <w:t xml:space="preserve"> </w:t>
      </w:r>
      <w:proofErr w:type="spellStart"/>
      <w:r w:rsidRPr="00D412EE">
        <w:t>persoon</w:t>
      </w:r>
      <w:proofErr w:type="spellEnd"/>
      <w:r w:rsidRPr="00D412EE">
        <w:t xml:space="preserve">, </w:t>
      </w:r>
      <w:proofErr w:type="spellStart"/>
      <w:r w:rsidRPr="00D412EE">
        <w:t>zijn</w:t>
      </w:r>
      <w:proofErr w:type="spellEnd"/>
      <w:r w:rsidRPr="00D412EE">
        <w:t>/</w:t>
      </w:r>
      <w:proofErr w:type="spellStart"/>
      <w:r w:rsidRPr="00D412EE">
        <w:t>haar</w:t>
      </w:r>
      <w:proofErr w:type="spellEnd"/>
      <w:r w:rsidRPr="00D412EE">
        <w:t xml:space="preserve"> </w:t>
      </w:r>
      <w:proofErr w:type="spellStart"/>
      <w:r w:rsidRPr="00D412EE">
        <w:t>echtgenoot</w:t>
      </w:r>
      <w:proofErr w:type="spellEnd"/>
      <w:r w:rsidRPr="00D412EE">
        <w:t xml:space="preserve">, </w:t>
      </w:r>
      <w:proofErr w:type="spellStart"/>
      <w:r w:rsidRPr="00D412EE">
        <w:t>zijn</w:t>
      </w:r>
      <w:proofErr w:type="spellEnd"/>
      <w:r w:rsidRPr="00D412EE">
        <w:t>/</w:t>
      </w:r>
      <w:proofErr w:type="spellStart"/>
      <w:r w:rsidRPr="00D412EE">
        <w:t>haar</w:t>
      </w:r>
      <w:proofErr w:type="spellEnd"/>
      <w:r w:rsidRPr="00D412EE">
        <w:t xml:space="preserve"> </w:t>
      </w:r>
      <w:proofErr w:type="spellStart"/>
      <w:r w:rsidRPr="00D412EE">
        <w:t>geregistreerde</w:t>
      </w:r>
      <w:proofErr w:type="spellEnd"/>
      <w:r w:rsidRPr="00D412EE">
        <w:t xml:space="preserve"> partner dan </w:t>
      </w:r>
      <w:proofErr w:type="spellStart"/>
      <w:r w:rsidRPr="00D412EE">
        <w:t>wel</w:t>
      </w:r>
      <w:proofErr w:type="spellEnd"/>
      <w:r w:rsidRPr="00D412EE">
        <w:t xml:space="preserve"> </w:t>
      </w:r>
      <w:proofErr w:type="spellStart"/>
      <w:r w:rsidRPr="00D412EE">
        <w:t>andere</w:t>
      </w:r>
      <w:proofErr w:type="spellEnd"/>
      <w:r w:rsidRPr="00D412EE">
        <w:t xml:space="preserve"> </w:t>
      </w:r>
      <w:proofErr w:type="spellStart"/>
      <w:r w:rsidRPr="00D412EE">
        <w:t>levensgezel</w:t>
      </w:r>
      <w:proofErr w:type="spellEnd"/>
      <w:r w:rsidRPr="00D412EE">
        <w:t xml:space="preserve">, </w:t>
      </w:r>
      <w:proofErr w:type="spellStart"/>
      <w:r w:rsidRPr="00D412EE">
        <w:t>zijn</w:t>
      </w:r>
      <w:proofErr w:type="spellEnd"/>
      <w:r w:rsidRPr="00D412EE">
        <w:t>/</w:t>
      </w:r>
      <w:proofErr w:type="spellStart"/>
      <w:r w:rsidRPr="00D412EE">
        <w:t>haar</w:t>
      </w:r>
      <w:proofErr w:type="spellEnd"/>
      <w:r w:rsidRPr="00D412EE">
        <w:t xml:space="preserve"> </w:t>
      </w:r>
      <w:proofErr w:type="spellStart"/>
      <w:r w:rsidRPr="00D412EE">
        <w:t>bloedverwanten</w:t>
      </w:r>
      <w:proofErr w:type="spellEnd"/>
      <w:r w:rsidRPr="00D412EE">
        <w:t xml:space="preserve"> in de </w:t>
      </w:r>
      <w:proofErr w:type="spellStart"/>
      <w:r w:rsidRPr="00D412EE">
        <w:t>rechte</w:t>
      </w:r>
      <w:proofErr w:type="spellEnd"/>
      <w:r w:rsidRPr="00D412EE">
        <w:t xml:space="preserve"> </w:t>
      </w:r>
      <w:proofErr w:type="spellStart"/>
      <w:r w:rsidRPr="00D412EE">
        <w:t>lijn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 in de </w:t>
      </w:r>
      <w:proofErr w:type="spellStart"/>
      <w:r w:rsidRPr="00D412EE">
        <w:t>zijlijn</w:t>
      </w:r>
      <w:proofErr w:type="spellEnd"/>
      <w:r w:rsidRPr="00D412EE">
        <w:t xml:space="preserve"> tot </w:t>
      </w:r>
      <w:proofErr w:type="spellStart"/>
      <w:r w:rsidRPr="00D412EE">
        <w:t>en</w:t>
      </w:r>
      <w:proofErr w:type="spellEnd"/>
      <w:r w:rsidRPr="00D412EE">
        <w:t xml:space="preserve"> met de </w:t>
      </w:r>
      <w:proofErr w:type="spellStart"/>
      <w:r w:rsidRPr="00D412EE">
        <w:t>vierde</w:t>
      </w:r>
      <w:proofErr w:type="spellEnd"/>
      <w:r w:rsidRPr="00D412EE">
        <w:t xml:space="preserve"> </w:t>
      </w:r>
      <w:proofErr w:type="spellStart"/>
      <w:r w:rsidRPr="00D412EE">
        <w:t>graad</w:t>
      </w:r>
      <w:proofErr w:type="spellEnd"/>
      <w:r w:rsidRPr="00D412EE">
        <w:t xml:space="preserve">, </w:t>
      </w:r>
      <w:proofErr w:type="spellStart"/>
      <w:r w:rsidRPr="00D412EE">
        <w:t>degene</w:t>
      </w:r>
      <w:proofErr w:type="spellEnd"/>
      <w:r w:rsidRPr="00D412EE">
        <w:t xml:space="preserve"> die </w:t>
      </w:r>
      <w:proofErr w:type="spellStart"/>
      <w:r w:rsidRPr="00D412EE">
        <w:t>ingevolge</w:t>
      </w:r>
      <w:proofErr w:type="spellEnd"/>
      <w:r w:rsidRPr="00D412EE">
        <w:t xml:space="preserve"> </w:t>
      </w:r>
      <w:proofErr w:type="spellStart"/>
      <w:r w:rsidRPr="00D412EE">
        <w:t>artikel</w:t>
      </w:r>
      <w:proofErr w:type="spellEnd"/>
      <w:r w:rsidRPr="00D412EE">
        <w:t xml:space="preserve"> 1:253sa BW of 1:253t BW het </w:t>
      </w:r>
      <w:proofErr w:type="spellStart"/>
      <w:r w:rsidRPr="00D412EE">
        <w:t>gezag</w:t>
      </w:r>
      <w:proofErr w:type="spellEnd"/>
      <w:r w:rsidRPr="00D412EE">
        <w:t xml:space="preserve"> over de </w:t>
      </w:r>
      <w:proofErr w:type="spellStart"/>
      <w:r w:rsidRPr="00D412EE">
        <w:t>betrokken</w:t>
      </w:r>
      <w:proofErr w:type="spellEnd"/>
      <w:r w:rsidRPr="00D412EE">
        <w:t xml:space="preserve"> </w:t>
      </w:r>
      <w:proofErr w:type="spellStart"/>
      <w:r w:rsidRPr="00D412EE">
        <w:t>persoon</w:t>
      </w:r>
      <w:proofErr w:type="spellEnd"/>
      <w:r w:rsidRPr="00D412EE">
        <w:t xml:space="preserve"> </w:t>
      </w:r>
      <w:proofErr w:type="spellStart"/>
      <w:r w:rsidRPr="00D412EE">
        <w:t>uitoefent</w:t>
      </w:r>
      <w:proofErr w:type="spellEnd"/>
      <w:r w:rsidRPr="00D412EE">
        <w:t xml:space="preserve">, </w:t>
      </w:r>
      <w:proofErr w:type="spellStart"/>
      <w:r w:rsidRPr="00D412EE">
        <w:t>zijn</w:t>
      </w:r>
      <w:proofErr w:type="spellEnd"/>
      <w:r w:rsidRPr="00D412EE">
        <w:t>/</w:t>
      </w:r>
      <w:proofErr w:type="spellStart"/>
      <w:r w:rsidRPr="00D412EE">
        <w:t>haar</w:t>
      </w:r>
      <w:proofErr w:type="spellEnd"/>
      <w:r w:rsidRPr="00D412EE">
        <w:t xml:space="preserve"> </w:t>
      </w:r>
      <w:proofErr w:type="spellStart"/>
      <w:r w:rsidRPr="00D412EE">
        <w:t>voogd</w:t>
      </w:r>
      <w:proofErr w:type="spellEnd"/>
      <w:r w:rsidRPr="00D412EE">
        <w:t xml:space="preserve">, </w:t>
      </w:r>
      <w:proofErr w:type="spellStart"/>
      <w:r w:rsidRPr="00D412EE">
        <w:t>zijn</w:t>
      </w:r>
      <w:proofErr w:type="spellEnd"/>
      <w:r w:rsidRPr="00D412EE">
        <w:t>/</w:t>
      </w:r>
      <w:proofErr w:type="spellStart"/>
      <w:r w:rsidRPr="00D412EE">
        <w:t>haar</w:t>
      </w:r>
      <w:proofErr w:type="spellEnd"/>
      <w:r w:rsidRPr="00D412EE">
        <w:t xml:space="preserve"> </w:t>
      </w:r>
      <w:proofErr w:type="spellStart"/>
      <w:r w:rsidRPr="00D412EE">
        <w:t>bewindvoerder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 </w:t>
      </w:r>
      <w:proofErr w:type="spellStart"/>
      <w:r w:rsidRPr="00D412EE">
        <w:t>zijn</w:t>
      </w:r>
      <w:proofErr w:type="spellEnd"/>
      <w:r w:rsidRPr="00D412EE">
        <w:t>/</w:t>
      </w:r>
      <w:proofErr w:type="spellStart"/>
      <w:r w:rsidRPr="00D412EE">
        <w:t>haar</w:t>
      </w:r>
      <w:proofErr w:type="spellEnd"/>
      <w:r w:rsidRPr="00D412EE">
        <w:t xml:space="preserve"> mentor (</w:t>
      </w:r>
      <w:proofErr w:type="spellStart"/>
      <w:r w:rsidRPr="00D412EE">
        <w:t>ingevolge</w:t>
      </w:r>
      <w:proofErr w:type="spellEnd"/>
      <w:r w:rsidRPr="00D412EE">
        <w:t xml:space="preserve"> </w:t>
      </w:r>
      <w:proofErr w:type="spellStart"/>
      <w:r w:rsidRPr="00D412EE">
        <w:t>artikel</w:t>
      </w:r>
      <w:proofErr w:type="spellEnd"/>
      <w:r w:rsidRPr="00D412EE">
        <w:t xml:space="preserve"> 1:379 lid 1 BW). </w:t>
      </w:r>
      <w:proofErr w:type="spellStart"/>
      <w:r w:rsidRPr="00D412EE">
        <w:t>Voorts</w:t>
      </w:r>
      <w:proofErr w:type="spellEnd"/>
      <w:r w:rsidRPr="00D412EE">
        <w:t xml:space="preserve"> </w:t>
      </w:r>
      <w:proofErr w:type="spellStart"/>
      <w:r w:rsidRPr="00D412EE">
        <w:t>geldt</w:t>
      </w:r>
      <w:proofErr w:type="spellEnd"/>
      <w:r w:rsidRPr="00D412EE">
        <w:t xml:space="preserve"> </w:t>
      </w:r>
      <w:proofErr w:type="spellStart"/>
      <w:r w:rsidRPr="00D412EE">
        <w:t>dit</w:t>
      </w:r>
      <w:proofErr w:type="spellEnd"/>
      <w:r w:rsidRPr="00D412EE">
        <w:t xml:space="preserve"> </w:t>
      </w:r>
      <w:proofErr w:type="spellStart"/>
      <w:r w:rsidRPr="00D412EE">
        <w:lastRenderedPageBreak/>
        <w:t>reglement</w:t>
      </w:r>
      <w:proofErr w:type="spellEnd"/>
      <w:r w:rsidRPr="00D412EE">
        <w:t xml:space="preserve"> </w:t>
      </w:r>
      <w:proofErr w:type="spellStart"/>
      <w:r w:rsidRPr="00D412EE">
        <w:t>voor</w:t>
      </w:r>
      <w:proofErr w:type="spellEnd"/>
      <w:r w:rsidRPr="00D412EE">
        <w:t xml:space="preserve"> het </w:t>
      </w:r>
      <w:proofErr w:type="spellStart"/>
      <w:r w:rsidRPr="00D412EE">
        <w:t>openbaar</w:t>
      </w:r>
      <w:proofErr w:type="spellEnd"/>
      <w:r w:rsidRPr="00D412EE">
        <w:t xml:space="preserve"> </w:t>
      </w:r>
      <w:proofErr w:type="spellStart"/>
      <w:r w:rsidRPr="00D412EE">
        <w:t>ministerie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 </w:t>
      </w:r>
      <w:proofErr w:type="spellStart"/>
      <w:r w:rsidRPr="00D412EE">
        <w:t>voor</w:t>
      </w:r>
      <w:proofErr w:type="spellEnd"/>
      <w:r w:rsidRPr="00D412EE">
        <w:t xml:space="preserve"> de </w:t>
      </w:r>
      <w:proofErr w:type="spellStart"/>
      <w:r w:rsidRPr="00D412EE">
        <w:t>instelling</w:t>
      </w:r>
      <w:proofErr w:type="spellEnd"/>
      <w:r w:rsidRPr="00D412EE">
        <w:t xml:space="preserve"> </w:t>
      </w:r>
      <w:proofErr w:type="spellStart"/>
      <w:r w:rsidRPr="00D412EE">
        <w:t>waar</w:t>
      </w:r>
      <w:proofErr w:type="spellEnd"/>
      <w:r w:rsidRPr="00D412EE">
        <w:t xml:space="preserve"> de </w:t>
      </w:r>
      <w:proofErr w:type="spellStart"/>
      <w:r w:rsidRPr="00D412EE">
        <w:t>betrokkene</w:t>
      </w:r>
      <w:proofErr w:type="spellEnd"/>
      <w:r w:rsidRPr="00D412EE">
        <w:t xml:space="preserve"> </w:t>
      </w:r>
      <w:proofErr w:type="spellStart"/>
      <w:r w:rsidRPr="00D412EE">
        <w:t>wordt</w:t>
      </w:r>
      <w:proofErr w:type="spellEnd"/>
      <w:r w:rsidRPr="00D412EE">
        <w:t xml:space="preserve"> </w:t>
      </w:r>
      <w:proofErr w:type="spellStart"/>
      <w:r w:rsidRPr="00D412EE">
        <w:t>verzorgd</w:t>
      </w:r>
      <w:proofErr w:type="spellEnd"/>
      <w:r w:rsidRPr="00D412EE">
        <w:t xml:space="preserve"> of die </w:t>
      </w:r>
      <w:proofErr w:type="spellStart"/>
      <w:r w:rsidRPr="00D412EE">
        <w:t>aan</w:t>
      </w:r>
      <w:proofErr w:type="spellEnd"/>
      <w:r w:rsidRPr="00D412EE">
        <w:t xml:space="preserve"> de </w:t>
      </w:r>
      <w:proofErr w:type="spellStart"/>
      <w:r w:rsidRPr="00D412EE">
        <w:t>betrokkene</w:t>
      </w:r>
      <w:proofErr w:type="spellEnd"/>
      <w:r w:rsidRPr="00D412EE">
        <w:t xml:space="preserve"> </w:t>
      </w:r>
      <w:proofErr w:type="spellStart"/>
      <w:r w:rsidRPr="00D412EE">
        <w:t>begeleiding</w:t>
      </w:r>
      <w:proofErr w:type="spellEnd"/>
      <w:r w:rsidRPr="00D412EE">
        <w:t xml:space="preserve"> </w:t>
      </w:r>
      <w:proofErr w:type="spellStart"/>
      <w:r w:rsidRPr="00D412EE">
        <w:t>biedt</w:t>
      </w:r>
      <w:proofErr w:type="spellEnd"/>
      <w:r w:rsidRPr="00D412EE">
        <w:t xml:space="preserve"> (</w:t>
      </w:r>
      <w:proofErr w:type="spellStart"/>
      <w:r w:rsidRPr="00D412EE">
        <w:t>ingevolge</w:t>
      </w:r>
      <w:proofErr w:type="spellEnd"/>
      <w:r w:rsidRPr="00D412EE">
        <w:t xml:space="preserve"> </w:t>
      </w:r>
      <w:proofErr w:type="spellStart"/>
      <w:r w:rsidRPr="00D412EE">
        <w:t>artikel</w:t>
      </w:r>
      <w:proofErr w:type="spellEnd"/>
      <w:r w:rsidRPr="00D412EE">
        <w:t xml:space="preserve"> 1:379 lid 2 BW). Zij </w:t>
      </w:r>
      <w:proofErr w:type="spellStart"/>
      <w:r w:rsidRPr="00D412EE">
        <w:t>kunnen</w:t>
      </w:r>
      <w:proofErr w:type="spellEnd"/>
      <w:r w:rsidRPr="00D412EE">
        <w:t xml:space="preserve"> </w:t>
      </w:r>
      <w:proofErr w:type="spellStart"/>
      <w:r w:rsidRPr="00D412EE">
        <w:t>zich</w:t>
      </w:r>
      <w:proofErr w:type="spellEnd"/>
      <w:r w:rsidRPr="00D412EE">
        <w:t xml:space="preserve"> </w:t>
      </w:r>
      <w:proofErr w:type="spellStart"/>
      <w:r w:rsidRPr="00D412EE">
        <w:t>bij</w:t>
      </w:r>
      <w:proofErr w:type="spellEnd"/>
      <w:r w:rsidRPr="00D412EE">
        <w:t xml:space="preserve"> het </w:t>
      </w:r>
      <w:proofErr w:type="spellStart"/>
      <w:r w:rsidRPr="00D412EE">
        <w:t>indienen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 de </w:t>
      </w:r>
      <w:proofErr w:type="spellStart"/>
      <w:r w:rsidRPr="00D412EE">
        <w:t>behandeling</w:t>
      </w:r>
      <w:proofErr w:type="spellEnd"/>
      <w:r w:rsidRPr="00D412EE">
        <w:t xml:space="preserve"> van </w:t>
      </w:r>
      <w:proofErr w:type="spellStart"/>
      <w:r w:rsidRPr="00D412EE">
        <w:t>klachten</w:t>
      </w:r>
      <w:proofErr w:type="spellEnd"/>
      <w:r w:rsidRPr="00D412EE">
        <w:t xml:space="preserve"> door </w:t>
      </w:r>
      <w:proofErr w:type="spellStart"/>
      <w:r w:rsidRPr="00D412EE">
        <w:t>iemand</w:t>
      </w:r>
      <w:proofErr w:type="spellEnd"/>
      <w:r w:rsidRPr="00D412EE">
        <w:t xml:space="preserve"> laten </w:t>
      </w:r>
      <w:proofErr w:type="spellStart"/>
      <w:r w:rsidRPr="00D412EE">
        <w:t>vertegenwoordigen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/of </w:t>
      </w:r>
      <w:proofErr w:type="spellStart"/>
      <w:r w:rsidRPr="00D412EE">
        <w:t>bijstaan</w:t>
      </w:r>
      <w:proofErr w:type="spellEnd"/>
      <w:r w:rsidRPr="00D412EE">
        <w:t>.</w:t>
      </w:r>
    </w:p>
    <w:p w14:paraId="26D10447" w14:textId="19F791E2" w:rsidR="00D412EE" w:rsidRDefault="00D412EE" w:rsidP="00D412EE">
      <w:pPr>
        <w:pStyle w:val="Kop2"/>
      </w:pPr>
      <w:r>
        <w:t xml:space="preserve">Artikel 1. </w:t>
      </w:r>
      <w:proofErr w:type="spellStart"/>
      <w:r>
        <w:t>Indiening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</w:p>
    <w:p w14:paraId="13E857EE" w14:textId="77777777" w:rsidR="00D412EE" w:rsidRDefault="00D412EE" w:rsidP="00D412EE">
      <w:pPr>
        <w:pStyle w:val="Geenafstand"/>
      </w:pPr>
      <w:r w:rsidRPr="00D412EE">
        <w:t xml:space="preserve">Het </w:t>
      </w:r>
      <w:proofErr w:type="spellStart"/>
      <w:r w:rsidRPr="00D412EE">
        <w:t>klachtenformulier</w:t>
      </w:r>
      <w:proofErr w:type="spellEnd"/>
      <w:r w:rsidRPr="00D412EE">
        <w:t xml:space="preserve"> </w:t>
      </w:r>
      <w:proofErr w:type="spellStart"/>
      <w:r w:rsidRPr="00D412EE">
        <w:t>dient</w:t>
      </w:r>
      <w:proofErr w:type="spellEnd"/>
      <w:r w:rsidRPr="00D412EE">
        <w:t xml:space="preserve"> </w:t>
      </w:r>
      <w:proofErr w:type="spellStart"/>
      <w:r w:rsidRPr="00D412EE">
        <w:t>volledig</w:t>
      </w:r>
      <w:proofErr w:type="spellEnd"/>
      <w:r w:rsidRPr="00D412EE">
        <w:t xml:space="preserve"> </w:t>
      </w:r>
      <w:proofErr w:type="spellStart"/>
      <w:r w:rsidRPr="00D412EE">
        <w:t>ingevuld</w:t>
      </w:r>
      <w:proofErr w:type="spellEnd"/>
      <w:r w:rsidRPr="00D412EE">
        <w:t xml:space="preserve"> </w:t>
      </w:r>
      <w:proofErr w:type="spellStart"/>
      <w:r w:rsidRPr="00D412EE">
        <w:t>en</w:t>
      </w:r>
      <w:proofErr w:type="spellEnd"/>
      <w:r w:rsidRPr="00D412EE">
        <w:t xml:space="preserve"> </w:t>
      </w:r>
      <w:proofErr w:type="spellStart"/>
      <w:r w:rsidRPr="00D412EE">
        <w:t>ondertekend</w:t>
      </w:r>
      <w:proofErr w:type="spellEnd"/>
      <w:r w:rsidRPr="00D412EE">
        <w:t xml:space="preserve"> </w:t>
      </w:r>
      <w:proofErr w:type="spellStart"/>
      <w:r w:rsidRPr="00D412EE">
        <w:t>aangeleverd</w:t>
      </w:r>
      <w:proofErr w:type="spellEnd"/>
      <w:r w:rsidRPr="00D412EE">
        <w:t xml:space="preserve"> </w:t>
      </w:r>
      <w:proofErr w:type="spellStart"/>
      <w:r w:rsidRPr="00D412EE">
        <w:t>te</w:t>
      </w:r>
      <w:proofErr w:type="spellEnd"/>
      <w:r w:rsidRPr="00D412EE">
        <w:t xml:space="preserve"> </w:t>
      </w:r>
      <w:proofErr w:type="spellStart"/>
      <w:r w:rsidRPr="00D412EE">
        <w:t>worden</w:t>
      </w:r>
      <w:proofErr w:type="spellEnd"/>
      <w:r w:rsidRPr="00D412EE">
        <w:t xml:space="preserve">. Het </w:t>
      </w:r>
      <w:proofErr w:type="spellStart"/>
      <w:r w:rsidRPr="00D412EE">
        <w:t>klachtenformulier</w:t>
      </w:r>
      <w:proofErr w:type="spellEnd"/>
      <w:r w:rsidRPr="00D412EE">
        <w:t xml:space="preserve"> </w:t>
      </w:r>
      <w:proofErr w:type="spellStart"/>
      <w:r w:rsidRPr="00D412EE">
        <w:t>kan</w:t>
      </w:r>
      <w:proofErr w:type="spellEnd"/>
      <w:r w:rsidRPr="00D412EE">
        <w:t xml:space="preserve"> </w:t>
      </w:r>
      <w:proofErr w:type="spellStart"/>
      <w:r w:rsidRPr="00D412EE">
        <w:t>digitaal</w:t>
      </w:r>
      <w:proofErr w:type="spellEnd"/>
      <w:r w:rsidRPr="00D412EE">
        <w:t xml:space="preserve"> via de e-mail </w:t>
      </w:r>
      <w:proofErr w:type="spellStart"/>
      <w:r w:rsidRPr="00D412EE">
        <w:t>worden</w:t>
      </w:r>
      <w:proofErr w:type="spellEnd"/>
      <w:r w:rsidRPr="00D412EE">
        <w:t xml:space="preserve"> </w:t>
      </w:r>
      <w:proofErr w:type="spellStart"/>
      <w:r w:rsidRPr="00D412EE">
        <w:t>ingediend</w:t>
      </w:r>
      <w:proofErr w:type="spellEnd"/>
      <w:r w:rsidRPr="00D412EE">
        <w:t xml:space="preserve"> </w:t>
      </w:r>
      <w:proofErr w:type="spellStart"/>
      <w:r w:rsidRPr="00D412EE">
        <w:t>aan</w:t>
      </w:r>
      <w:proofErr w:type="spellEnd"/>
      <w:r w:rsidRPr="00D412EE">
        <w:t xml:space="preserve">: </w:t>
      </w:r>
      <w:r>
        <w:t>t.hermsen@hermsenjuristen.nl</w:t>
      </w:r>
      <w:r w:rsidRPr="00D412EE">
        <w:t xml:space="preserve"> </w:t>
      </w:r>
      <w:proofErr w:type="spellStart"/>
      <w:r w:rsidRPr="00D412EE">
        <w:t>onder</w:t>
      </w:r>
      <w:proofErr w:type="spellEnd"/>
      <w:r w:rsidRPr="00D412EE">
        <w:t xml:space="preserve"> </w:t>
      </w:r>
      <w:proofErr w:type="spellStart"/>
      <w:r w:rsidRPr="00D412EE">
        <w:t>vermelding</w:t>
      </w:r>
      <w:proofErr w:type="spellEnd"/>
      <w:r w:rsidRPr="00D412EE">
        <w:t xml:space="preserve"> van naam van de </w:t>
      </w:r>
      <w:proofErr w:type="spellStart"/>
      <w:r w:rsidRPr="00D412EE">
        <w:t>klager</w:t>
      </w:r>
      <w:proofErr w:type="spellEnd"/>
      <w:r w:rsidRPr="00D412EE">
        <w:t xml:space="preserve"> + </w:t>
      </w:r>
      <w:proofErr w:type="spellStart"/>
      <w:r w:rsidRPr="00D412EE">
        <w:t>klacht</w:t>
      </w:r>
      <w:proofErr w:type="spellEnd"/>
      <w:r w:rsidRPr="00D412EE">
        <w:t xml:space="preserve"> of </w:t>
      </w:r>
      <w:proofErr w:type="spellStart"/>
      <w:r w:rsidRPr="00D412EE">
        <w:t>kan</w:t>
      </w:r>
      <w:proofErr w:type="spellEnd"/>
      <w:r w:rsidRPr="00D412EE">
        <w:t xml:space="preserve"> per </w:t>
      </w:r>
      <w:proofErr w:type="spellStart"/>
      <w:r w:rsidRPr="00D412EE">
        <w:t>schriftelijk</w:t>
      </w:r>
      <w:proofErr w:type="spellEnd"/>
      <w:r w:rsidRPr="00D412EE">
        <w:t xml:space="preserve"> per post </w:t>
      </w:r>
      <w:proofErr w:type="spellStart"/>
      <w:r w:rsidRPr="00D412EE">
        <w:t>worden</w:t>
      </w:r>
      <w:proofErr w:type="spellEnd"/>
      <w:r w:rsidRPr="00D412EE">
        <w:t xml:space="preserve"> </w:t>
      </w:r>
      <w:proofErr w:type="spellStart"/>
      <w:r w:rsidRPr="00D412EE">
        <w:t>ingediend</w:t>
      </w:r>
      <w:proofErr w:type="spellEnd"/>
      <w:r w:rsidRPr="00D412EE">
        <w:t xml:space="preserve"> </w:t>
      </w:r>
      <w:proofErr w:type="spellStart"/>
      <w:r w:rsidRPr="00D412EE">
        <w:t>aan</w:t>
      </w:r>
      <w:proofErr w:type="spellEnd"/>
      <w:r>
        <w:t xml:space="preserve"> Hermsen </w:t>
      </w:r>
      <w:proofErr w:type="spellStart"/>
      <w:r>
        <w:t>Juristen</w:t>
      </w:r>
      <w:proofErr w:type="spellEnd"/>
      <w:r>
        <w:t xml:space="preserve"> &amp; Finance.</w:t>
      </w:r>
    </w:p>
    <w:p w14:paraId="5315C547" w14:textId="7CF31137" w:rsidR="0042715B" w:rsidRDefault="0093529E" w:rsidP="00D412EE">
      <w:pPr>
        <w:pStyle w:val="Geenafstand"/>
      </w:pPr>
      <w:r>
        <w:br/>
      </w:r>
      <w:proofErr w:type="spellStart"/>
      <w:r>
        <w:t>Te</w:t>
      </w:r>
      <w:proofErr w:type="spellEnd"/>
      <w:r>
        <w:t xml:space="preserve"> </w:t>
      </w:r>
      <w:proofErr w:type="spellStart"/>
      <w:r>
        <w:t>richten</w:t>
      </w:r>
      <w:proofErr w:type="spellEnd"/>
      <w:r>
        <w:t xml:space="preserve"> </w:t>
      </w:r>
      <w:proofErr w:type="spellStart"/>
      <w:r>
        <w:t>aan</w:t>
      </w:r>
      <w:proofErr w:type="spellEnd"/>
      <w:r>
        <w:t>:</w:t>
      </w:r>
      <w:r>
        <w:br/>
      </w:r>
      <w:r w:rsidR="00E97282">
        <w:t>Mw. T. Hermsen</w:t>
      </w:r>
      <w:r>
        <w:t xml:space="preserve"> / </w:t>
      </w:r>
      <w:r w:rsidR="00E97282">
        <w:t xml:space="preserve">Hermsen </w:t>
      </w:r>
      <w:proofErr w:type="spellStart"/>
      <w:r w:rsidR="00E97282">
        <w:t>Juristen</w:t>
      </w:r>
      <w:proofErr w:type="spellEnd"/>
      <w:r w:rsidR="00E97282">
        <w:t xml:space="preserve"> &amp; Finance</w:t>
      </w:r>
      <w:r>
        <w:br/>
      </w:r>
      <w:proofErr w:type="spellStart"/>
      <w:r w:rsidR="00E97282">
        <w:t>Kwikstaartstraat</w:t>
      </w:r>
      <w:proofErr w:type="spellEnd"/>
      <w:r w:rsidR="00E97282">
        <w:t xml:space="preserve"> 12, 6469 XB Kerkrade</w:t>
      </w:r>
      <w:r>
        <w:br/>
        <w:t xml:space="preserve">E-mail: </w:t>
      </w:r>
      <w:r w:rsidR="00E97282">
        <w:t>t,hermsen@hermsenjuristen.nl</w:t>
      </w:r>
      <w:r>
        <w:br/>
      </w:r>
      <w:proofErr w:type="spellStart"/>
      <w:r>
        <w:t>Telefoon</w:t>
      </w:r>
      <w:proofErr w:type="spellEnd"/>
      <w:r>
        <w:t xml:space="preserve">: </w:t>
      </w:r>
      <w:r w:rsidR="00E97282">
        <w:t>0648417547</w:t>
      </w:r>
    </w:p>
    <w:p w14:paraId="053E11A2" w14:textId="30B1465D" w:rsidR="0042715B" w:rsidRDefault="0035059C">
      <w:pPr>
        <w:pStyle w:val="Kop2"/>
      </w:pPr>
      <w:r>
        <w:t>Artikel 2</w:t>
      </w:r>
      <w:r w:rsidR="0093529E">
        <w:t>. Behandeling van de klacht</w:t>
      </w:r>
    </w:p>
    <w:p w14:paraId="6EA74FC5" w14:textId="532F4386" w:rsidR="00D412EE" w:rsidRDefault="0093529E" w:rsidP="00D412EE">
      <w:pPr>
        <w:pStyle w:val="Geenafstand"/>
      </w:pPr>
      <w:r>
        <w:t>- Binnen 5 werkdagen ontvangt u een ontvangstbevestiging</w:t>
      </w:r>
      <w:r>
        <w:br/>
        <w:t xml:space="preserve">- Binnen </w:t>
      </w:r>
      <w:r w:rsidR="00E97282">
        <w:t>2</w:t>
      </w:r>
      <w:r>
        <w:t xml:space="preserve"> </w:t>
      </w:r>
      <w:proofErr w:type="spellStart"/>
      <w:r>
        <w:t>weken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klacht inhoudelijk behandeld</w:t>
      </w:r>
      <w:r>
        <w:br/>
        <w:t>- Indien nodig volgt een gesprek ter verduidelijking</w:t>
      </w:r>
      <w:r>
        <w:br/>
        <w:t xml:space="preserve">- De </w:t>
      </w:r>
      <w:proofErr w:type="spellStart"/>
      <w:r>
        <w:t>afhandeling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vastgelegd</w:t>
      </w:r>
      <w:proofErr w:type="spellEnd"/>
    </w:p>
    <w:p w14:paraId="2929C09C" w14:textId="0328EF3A" w:rsidR="00D412EE" w:rsidRDefault="00D412EE" w:rsidP="00D412EE">
      <w:pPr>
        <w:pStyle w:val="Geenafstand"/>
      </w:pPr>
      <w:r>
        <w:t xml:space="preserve">- De </w:t>
      </w:r>
      <w:proofErr w:type="spellStart"/>
      <w:r>
        <w:t>totale</w:t>
      </w:r>
      <w:proofErr w:type="spellEnd"/>
      <w:r>
        <w:t xml:space="preserve"> </w:t>
      </w:r>
      <w:proofErr w:type="spellStart"/>
      <w:r>
        <w:t>afhandeling</w:t>
      </w:r>
      <w:proofErr w:type="spellEnd"/>
      <w:r>
        <w:t xml:space="preserve"> </w:t>
      </w:r>
      <w:proofErr w:type="spellStart"/>
      <w:r>
        <w:t>duurt</w:t>
      </w:r>
      <w:proofErr w:type="spellEnd"/>
      <w:r>
        <w:t xml:space="preserve"> </w:t>
      </w:r>
      <w:proofErr w:type="spellStart"/>
      <w:r>
        <w:t>maximaal</w:t>
      </w:r>
      <w:proofErr w:type="spellEnd"/>
      <w:r>
        <w:t xml:space="preserve"> 6 </w:t>
      </w:r>
      <w:proofErr w:type="spellStart"/>
      <w:r>
        <w:t>weken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indiening</w:t>
      </w:r>
      <w:proofErr w:type="spellEnd"/>
      <w:r>
        <w:t xml:space="preserve"> van de </w:t>
      </w:r>
      <w:proofErr w:type="spellStart"/>
      <w:r>
        <w:t>klacht</w:t>
      </w:r>
      <w:proofErr w:type="spellEnd"/>
      <w:r>
        <w:t>.</w:t>
      </w:r>
    </w:p>
    <w:p w14:paraId="143A2FB3" w14:textId="62C176E8" w:rsidR="0042715B" w:rsidRDefault="0035059C">
      <w:pPr>
        <w:pStyle w:val="Kop2"/>
      </w:pPr>
      <w:r>
        <w:t>Artikel 3</w:t>
      </w:r>
      <w:r w:rsidR="0093529E">
        <w:t>. Afhandeling</w:t>
      </w:r>
    </w:p>
    <w:p w14:paraId="17449CE1" w14:textId="77777777" w:rsidR="0042715B" w:rsidRDefault="0093529E">
      <w:r>
        <w:t>De bewindvoerder streeft naar een oplossing die recht doet aan de klacht. De klager ontvangt een schriftelijk, gemotiveerd standpunt.</w:t>
      </w:r>
    </w:p>
    <w:p w14:paraId="3E4315B7" w14:textId="7E4F14AF" w:rsidR="0042715B" w:rsidRDefault="0035059C">
      <w:pPr>
        <w:pStyle w:val="Kop2"/>
      </w:pPr>
      <w:r>
        <w:t>Artikel 4</w:t>
      </w:r>
      <w:r w:rsidR="0093529E">
        <w:t>. Externe klachtenregeling / Toezicht rechtbank</w:t>
      </w:r>
    </w:p>
    <w:p w14:paraId="2EA4ED3D" w14:textId="36AB1D9B" w:rsidR="0042715B" w:rsidRDefault="0093529E">
      <w:proofErr w:type="spellStart"/>
      <w:r>
        <w:t>Indien</w:t>
      </w:r>
      <w:proofErr w:type="spellEnd"/>
      <w:r>
        <w:t xml:space="preserve"> de </w:t>
      </w:r>
      <w:proofErr w:type="spellStart"/>
      <w:r>
        <w:t>klager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in de </w:t>
      </w:r>
      <w:proofErr w:type="spellStart"/>
      <w:r>
        <w:t>afhandeling</w:t>
      </w:r>
      <w:proofErr w:type="spellEnd"/>
      <w:r>
        <w:t>:</w:t>
      </w:r>
      <w:r>
        <w:br/>
        <w:t xml:space="preserve">- Kan </w:t>
      </w:r>
      <w:proofErr w:type="spellStart"/>
      <w:r>
        <w:t>hij</w:t>
      </w:r>
      <w:proofErr w:type="spellEnd"/>
      <w:r>
        <w:t>/</w:t>
      </w:r>
      <w:proofErr w:type="spellStart"/>
      <w:r>
        <w:t>zij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wenden</w:t>
      </w:r>
      <w:proofErr w:type="spellEnd"/>
      <w:r>
        <w:t xml:space="preserve"> tot de </w:t>
      </w:r>
      <w:proofErr w:type="spellStart"/>
      <w:r>
        <w:t>kantonrechter</w:t>
      </w:r>
      <w:proofErr w:type="spellEnd"/>
      <w:r w:rsidR="00D412EE">
        <w:t xml:space="preserve"> </w:t>
      </w:r>
      <w:r w:rsidR="00D412EE">
        <w:sym w:font="Wingdings" w:char="F0E0"/>
      </w:r>
      <w:r w:rsidR="00D412EE">
        <w:t xml:space="preserve"> de </w:t>
      </w:r>
      <w:proofErr w:type="spellStart"/>
      <w:r w:rsidR="00D412EE">
        <w:t>bevoegde</w:t>
      </w:r>
      <w:proofErr w:type="spellEnd"/>
      <w:r w:rsidR="00D412EE">
        <w:t xml:space="preserve"> </w:t>
      </w:r>
      <w:proofErr w:type="spellStart"/>
      <w:r w:rsidR="00D412EE">
        <w:t>kantonrechter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adres</w:t>
      </w:r>
      <w:proofErr w:type="spellEnd"/>
      <w:r w:rsidR="00D412EE">
        <w:t xml:space="preserve"> </w:t>
      </w:r>
      <w:proofErr w:type="spellStart"/>
      <w:r w:rsidR="00D412EE">
        <w:t>staat</w:t>
      </w:r>
      <w:proofErr w:type="spellEnd"/>
      <w:r w:rsidR="00D412EE">
        <w:t xml:space="preserve"> </w:t>
      </w:r>
      <w:proofErr w:type="spellStart"/>
      <w:r w:rsidR="00D412EE">
        <w:t>vermeld</w:t>
      </w:r>
      <w:proofErr w:type="spellEnd"/>
      <w:r w:rsidR="00D412EE">
        <w:t xml:space="preserve"> op de </w:t>
      </w:r>
      <w:proofErr w:type="spellStart"/>
      <w:r w:rsidR="00D412EE">
        <w:t>beschikking</w:t>
      </w:r>
      <w:proofErr w:type="spellEnd"/>
      <w:r w:rsidR="00D412EE">
        <w:t xml:space="preserve"> die u </w:t>
      </w:r>
      <w:proofErr w:type="spellStart"/>
      <w:r w:rsidR="00D412EE">
        <w:t>hebt</w:t>
      </w:r>
      <w:proofErr w:type="spellEnd"/>
      <w:r w:rsidR="00D412EE">
        <w:t xml:space="preserve"> </w:t>
      </w:r>
      <w:proofErr w:type="spellStart"/>
      <w:r w:rsidR="00D412EE">
        <w:t>ontvangen</w:t>
      </w:r>
      <w:proofErr w:type="spellEnd"/>
      <w:r w:rsidR="00D412EE">
        <w:t xml:space="preserve"> </w:t>
      </w:r>
      <w:proofErr w:type="spellStart"/>
      <w:r w:rsidR="00D412EE">
        <w:t>waarin</w:t>
      </w:r>
      <w:proofErr w:type="spellEnd"/>
      <w:r w:rsidR="00D412EE">
        <w:t xml:space="preserve"> het </w:t>
      </w:r>
      <w:proofErr w:type="spellStart"/>
      <w:r w:rsidR="00D412EE">
        <w:t>bewind</w:t>
      </w:r>
      <w:proofErr w:type="spellEnd"/>
      <w:r w:rsidR="00D412EE">
        <w:t xml:space="preserve"> is </w:t>
      </w:r>
      <w:proofErr w:type="spellStart"/>
      <w:r>
        <w:t>uitgesproken</w:t>
      </w:r>
      <w:proofErr w:type="spellEnd"/>
      <w:r>
        <w:t>.</w:t>
      </w:r>
    </w:p>
    <w:p w14:paraId="5840B098" w14:textId="77777777" w:rsidR="00D412EE" w:rsidRDefault="00D412EE" w:rsidP="00D412EE">
      <w:pPr>
        <w:pStyle w:val="Kop2"/>
      </w:pPr>
      <w:r>
        <w:t xml:space="preserve">Artikel 5. </w:t>
      </w:r>
      <w:proofErr w:type="spellStart"/>
      <w:r>
        <w:t>Bewaartermijn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evaluatie</w:t>
      </w:r>
      <w:proofErr w:type="spellEnd"/>
    </w:p>
    <w:p w14:paraId="6BFE639E" w14:textId="08C9FB8B" w:rsidR="0042715B" w:rsidRDefault="0093529E">
      <w:r>
        <w:t xml:space="preserve">Alle </w:t>
      </w:r>
      <w:proofErr w:type="spellStart"/>
      <w:r>
        <w:t>klachten</w:t>
      </w:r>
      <w:proofErr w:type="spellEnd"/>
      <w:r>
        <w:t xml:space="preserve"> en de afhandeling daarvan worden geregistreerd en ten minste 2 jaar bewaard. Jaarlijks wordt de klachtenprocedure geëvalueerd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bijgesteld</w:t>
      </w:r>
      <w:proofErr w:type="spellEnd"/>
      <w:r>
        <w:t>.</w:t>
      </w:r>
      <w:r w:rsidR="00D412EE">
        <w:t xml:space="preserve"> </w:t>
      </w:r>
      <w:proofErr w:type="spellStart"/>
      <w:r w:rsidR="00D412EE">
        <w:t>Klachten</w:t>
      </w:r>
      <w:proofErr w:type="spellEnd"/>
      <w:r w:rsidR="00D412EE">
        <w:t xml:space="preserve"> </w:t>
      </w:r>
      <w:proofErr w:type="spellStart"/>
      <w:r w:rsidR="00D412EE">
        <w:t>worden</w:t>
      </w:r>
      <w:proofErr w:type="spellEnd"/>
      <w:r w:rsidR="00D412EE">
        <w:t xml:space="preserve"> </w:t>
      </w:r>
      <w:proofErr w:type="spellStart"/>
      <w:r w:rsidR="00D412EE">
        <w:t>derhalve</w:t>
      </w:r>
      <w:proofErr w:type="spellEnd"/>
      <w:r w:rsidR="00D412EE">
        <w:t xml:space="preserve"> </w:t>
      </w:r>
      <w:proofErr w:type="spellStart"/>
      <w:r w:rsidR="00D412EE">
        <w:t>ook</w:t>
      </w:r>
      <w:proofErr w:type="spellEnd"/>
      <w:r w:rsidR="00D412EE">
        <w:t xml:space="preserve"> </w:t>
      </w:r>
      <w:proofErr w:type="spellStart"/>
      <w:r w:rsidR="00D412EE">
        <w:t>bijgevoegd</w:t>
      </w:r>
      <w:proofErr w:type="spellEnd"/>
      <w:r w:rsidR="00D412EE">
        <w:t xml:space="preserve"> in het online dossier in </w:t>
      </w:r>
      <w:proofErr w:type="spellStart"/>
      <w:r w:rsidR="00D412EE">
        <w:t>onview</w:t>
      </w:r>
      <w:proofErr w:type="spellEnd"/>
      <w:r w:rsidR="00D412EE">
        <w:t xml:space="preserve"> </w:t>
      </w:r>
      <w:proofErr w:type="spellStart"/>
      <w:r w:rsidR="00D412EE">
        <w:t>zodat</w:t>
      </w:r>
      <w:proofErr w:type="spellEnd"/>
      <w:r w:rsidR="00D412EE">
        <w:t xml:space="preserve"> de client </w:t>
      </w:r>
      <w:proofErr w:type="spellStart"/>
      <w:r w:rsidR="00D412EE">
        <w:t>te</w:t>
      </w:r>
      <w:proofErr w:type="spellEnd"/>
      <w:r w:rsidR="00D412EE">
        <w:t xml:space="preserve"> alle </w:t>
      </w:r>
      <w:proofErr w:type="spellStart"/>
      <w:r w:rsidR="00D412EE">
        <w:t>tijde</w:t>
      </w:r>
      <w:proofErr w:type="spellEnd"/>
      <w:r w:rsidR="00D412EE">
        <w:t xml:space="preserve"> de </w:t>
      </w:r>
      <w:proofErr w:type="spellStart"/>
      <w:r w:rsidR="00D412EE">
        <w:t>klacht</w:t>
      </w:r>
      <w:proofErr w:type="spellEnd"/>
      <w:r w:rsidR="00D412EE">
        <w:t xml:space="preserve"> </w:t>
      </w:r>
      <w:proofErr w:type="spellStart"/>
      <w:r w:rsidR="00D412EE">
        <w:t>en</w:t>
      </w:r>
      <w:proofErr w:type="spellEnd"/>
      <w:r w:rsidR="00D412EE">
        <w:t xml:space="preserve"> </w:t>
      </w:r>
      <w:proofErr w:type="spellStart"/>
      <w:r w:rsidR="00D412EE">
        <w:t>afhandeling</w:t>
      </w:r>
      <w:proofErr w:type="spellEnd"/>
      <w:r w:rsidR="00D412EE">
        <w:t xml:space="preserve"> </w:t>
      </w:r>
      <w:proofErr w:type="spellStart"/>
      <w:r w:rsidR="00D412EE">
        <w:t>kan</w:t>
      </w:r>
      <w:proofErr w:type="spellEnd"/>
      <w:r w:rsidR="00D412EE">
        <w:t xml:space="preserve"> </w:t>
      </w:r>
      <w:proofErr w:type="spellStart"/>
      <w:r w:rsidR="00D412EE">
        <w:t>inzien</w:t>
      </w:r>
      <w:proofErr w:type="spellEnd"/>
      <w:r w:rsidR="00D412EE">
        <w:t>.</w:t>
      </w:r>
    </w:p>
    <w:p w14:paraId="75D0A3BF" w14:textId="77777777" w:rsidR="00D412EE" w:rsidRDefault="00D412EE" w:rsidP="00D412EE">
      <w:pPr>
        <w:pStyle w:val="Kop2"/>
      </w:pPr>
      <w:r>
        <w:t xml:space="preserve">Artikel 6. </w:t>
      </w:r>
      <w:proofErr w:type="spellStart"/>
      <w:r>
        <w:t>Klachten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in </w:t>
      </w:r>
      <w:proofErr w:type="spellStart"/>
      <w:r>
        <w:t>behandeling</w:t>
      </w:r>
      <w:proofErr w:type="spellEnd"/>
      <w:r>
        <w:t xml:space="preserve"> </w:t>
      </w:r>
      <w:proofErr w:type="spellStart"/>
      <w:r>
        <w:t>genomen</w:t>
      </w:r>
      <w:proofErr w:type="spellEnd"/>
      <w:r>
        <w:t xml:space="preserve"> </w:t>
      </w:r>
      <w:proofErr w:type="spellStart"/>
      <w:r>
        <w:t>indien</w:t>
      </w:r>
      <w:proofErr w:type="spellEnd"/>
      <w:r>
        <w:t>:</w:t>
      </w:r>
    </w:p>
    <w:p w14:paraId="593DB865" w14:textId="77777777" w:rsidR="00D412EE" w:rsidRDefault="00D412EE" w:rsidP="00D412EE">
      <w:pPr>
        <w:pStyle w:val="Geenafstand"/>
        <w:numPr>
          <w:ilvl w:val="0"/>
          <w:numId w:val="11"/>
        </w:numPr>
      </w:pPr>
      <w:r w:rsidRPr="00D412EE">
        <w:t>het klac</w:t>
      </w:r>
      <w:proofErr w:type="spellStart"/>
      <w:r w:rsidRPr="00D412EE">
        <w:t>htenformulier</w:t>
      </w:r>
      <w:proofErr w:type="spellEnd"/>
      <w:r w:rsidRPr="00D412EE">
        <w:t xml:space="preserve"> </w:t>
      </w:r>
      <w:proofErr w:type="spellStart"/>
      <w:r w:rsidRPr="00D412EE">
        <w:t>niet</w:t>
      </w:r>
      <w:proofErr w:type="spellEnd"/>
      <w:r w:rsidRPr="00D412EE">
        <w:t xml:space="preserve"> </w:t>
      </w:r>
      <w:proofErr w:type="spellStart"/>
      <w:r w:rsidRPr="00D412EE">
        <w:t>volledig</w:t>
      </w:r>
      <w:proofErr w:type="spellEnd"/>
      <w:r w:rsidRPr="00D412EE">
        <w:t xml:space="preserve"> is </w:t>
      </w:r>
      <w:proofErr w:type="spellStart"/>
      <w:r w:rsidRPr="00D412EE">
        <w:t>ingevuld</w:t>
      </w:r>
      <w:proofErr w:type="spellEnd"/>
      <w:r w:rsidRPr="00D412EE">
        <w:t xml:space="preserve">; </w:t>
      </w:r>
    </w:p>
    <w:p w14:paraId="6F498192" w14:textId="77777777" w:rsidR="00D412EE" w:rsidRDefault="00D412EE" w:rsidP="00D412EE">
      <w:pPr>
        <w:pStyle w:val="Geenafstand"/>
        <w:numPr>
          <w:ilvl w:val="0"/>
          <w:numId w:val="11"/>
        </w:numPr>
      </w:pPr>
      <w:proofErr w:type="spellStart"/>
      <w:r w:rsidRPr="00D412EE">
        <w:t>als</w:t>
      </w:r>
      <w:proofErr w:type="spellEnd"/>
      <w:r w:rsidRPr="00D412EE">
        <w:t xml:space="preserve"> er </w:t>
      </w:r>
      <w:proofErr w:type="spellStart"/>
      <w:r w:rsidRPr="00D412EE">
        <w:t>een</w:t>
      </w:r>
      <w:proofErr w:type="spellEnd"/>
      <w:r w:rsidRPr="00D412EE">
        <w:t xml:space="preserve"> </w:t>
      </w:r>
      <w:proofErr w:type="spellStart"/>
      <w:r w:rsidRPr="00D412EE">
        <w:t>kopie</w:t>
      </w:r>
      <w:proofErr w:type="spellEnd"/>
      <w:r w:rsidRPr="00D412EE">
        <w:t xml:space="preserve"> van de </w:t>
      </w:r>
      <w:proofErr w:type="spellStart"/>
      <w:r w:rsidRPr="00D412EE">
        <w:t>legitimatiebewijs</w:t>
      </w:r>
      <w:proofErr w:type="spellEnd"/>
      <w:r w:rsidRPr="00D412EE">
        <w:t xml:space="preserve"> </w:t>
      </w:r>
      <w:proofErr w:type="spellStart"/>
      <w:r w:rsidRPr="00D412EE">
        <w:t>ontbreekt</w:t>
      </w:r>
      <w:proofErr w:type="spellEnd"/>
      <w:r w:rsidRPr="00D412EE">
        <w:t xml:space="preserve">; </w:t>
      </w:r>
    </w:p>
    <w:p w14:paraId="08B37B58" w14:textId="5F465307" w:rsidR="00D412EE" w:rsidRDefault="00D412EE" w:rsidP="00D412EE">
      <w:pPr>
        <w:pStyle w:val="Geenafstand"/>
        <w:numPr>
          <w:ilvl w:val="0"/>
          <w:numId w:val="11"/>
        </w:numPr>
      </w:pPr>
      <w:proofErr w:type="spellStart"/>
      <w:r w:rsidRPr="00D412EE">
        <w:t>als</w:t>
      </w:r>
      <w:proofErr w:type="spellEnd"/>
      <w:r w:rsidRPr="00D412EE">
        <w:t xml:space="preserve"> het </w:t>
      </w:r>
      <w:proofErr w:type="spellStart"/>
      <w:r w:rsidRPr="00D412EE">
        <w:t>feit</w:t>
      </w:r>
      <w:proofErr w:type="spellEnd"/>
      <w:r w:rsidRPr="00D412EE">
        <w:t xml:space="preserve"> </w:t>
      </w:r>
      <w:proofErr w:type="spellStart"/>
      <w:r w:rsidRPr="00D412EE">
        <w:t>waarover</w:t>
      </w:r>
      <w:proofErr w:type="spellEnd"/>
      <w:r w:rsidRPr="00D412EE">
        <w:t xml:space="preserve"> </w:t>
      </w:r>
      <w:proofErr w:type="spellStart"/>
      <w:r w:rsidRPr="00D412EE">
        <w:t>geklaagd</w:t>
      </w:r>
      <w:proofErr w:type="spellEnd"/>
      <w:r w:rsidRPr="00D412EE">
        <w:t xml:space="preserve"> </w:t>
      </w:r>
      <w:proofErr w:type="spellStart"/>
      <w:r w:rsidRPr="00D412EE">
        <w:t>wordt</w:t>
      </w:r>
      <w:proofErr w:type="spellEnd"/>
      <w:r w:rsidRPr="00D412EE">
        <w:t xml:space="preserve"> </w:t>
      </w:r>
      <w:proofErr w:type="spellStart"/>
      <w:r w:rsidRPr="00D412EE">
        <w:t>langer</w:t>
      </w:r>
      <w:proofErr w:type="spellEnd"/>
      <w:r w:rsidRPr="00D412EE">
        <w:t xml:space="preserve"> dan </w:t>
      </w:r>
      <w:proofErr w:type="spellStart"/>
      <w:r w:rsidRPr="00D412EE">
        <w:t>drie</w:t>
      </w:r>
      <w:proofErr w:type="spellEnd"/>
      <w:r w:rsidRPr="00D412EE">
        <w:t xml:space="preserve"> </w:t>
      </w:r>
      <w:proofErr w:type="spellStart"/>
      <w:r w:rsidRPr="00D412EE">
        <w:t>maanden</w:t>
      </w:r>
      <w:proofErr w:type="spellEnd"/>
      <w:r w:rsidRPr="00D412EE">
        <w:t xml:space="preserve"> </w:t>
      </w:r>
      <w:proofErr w:type="spellStart"/>
      <w:r w:rsidRPr="00D412EE">
        <w:t>voor</w:t>
      </w:r>
      <w:proofErr w:type="spellEnd"/>
      <w:r w:rsidRPr="00D412EE">
        <w:t xml:space="preserve"> </w:t>
      </w:r>
      <w:proofErr w:type="spellStart"/>
      <w:r w:rsidRPr="00D412EE">
        <w:t>indiening</w:t>
      </w:r>
      <w:proofErr w:type="spellEnd"/>
      <w:r w:rsidRPr="00D412EE">
        <w:t xml:space="preserve"> </w:t>
      </w:r>
      <w:proofErr w:type="spellStart"/>
      <w:r w:rsidRPr="00D412EE">
        <w:t>heeft</w:t>
      </w:r>
      <w:proofErr w:type="spellEnd"/>
      <w:r w:rsidRPr="00D412EE">
        <w:t xml:space="preserve"> </w:t>
      </w:r>
      <w:proofErr w:type="spellStart"/>
      <w:r w:rsidRPr="00D412EE">
        <w:t>plaats</w:t>
      </w:r>
      <w:proofErr w:type="spellEnd"/>
      <w:r w:rsidRPr="00D412EE">
        <w:t xml:space="preserve"> </w:t>
      </w:r>
      <w:proofErr w:type="spellStart"/>
      <w:r w:rsidRPr="00D412EE">
        <w:t>gevonden</w:t>
      </w:r>
      <w:proofErr w:type="spellEnd"/>
      <w:r w:rsidRPr="00D412EE">
        <w:t>.</w:t>
      </w:r>
    </w:p>
    <w:p w14:paraId="3A242212" w14:textId="1577286F" w:rsidR="00D412EE" w:rsidRDefault="00D412EE" w:rsidP="00D412EE">
      <w:pPr>
        <w:pStyle w:val="Geenafstand"/>
        <w:numPr>
          <w:ilvl w:val="0"/>
          <w:numId w:val="11"/>
        </w:numPr>
      </w:pPr>
      <w:r w:rsidRPr="00D412EE">
        <w:t xml:space="preserve">Een </w:t>
      </w:r>
      <w:proofErr w:type="spellStart"/>
      <w:r w:rsidRPr="00D412EE">
        <w:t>klacht</w:t>
      </w:r>
      <w:proofErr w:type="spellEnd"/>
      <w:r w:rsidRPr="00D412EE">
        <w:t xml:space="preserve"> </w:t>
      </w:r>
      <w:proofErr w:type="spellStart"/>
      <w:r w:rsidRPr="00D412EE">
        <w:t>wordt</w:t>
      </w:r>
      <w:proofErr w:type="spellEnd"/>
      <w:r>
        <w:t xml:space="preserve"> </w:t>
      </w:r>
      <w:proofErr w:type="spellStart"/>
      <w:r>
        <w:t>eveneens</w:t>
      </w:r>
      <w:proofErr w:type="spellEnd"/>
      <w:r w:rsidRPr="00D412EE">
        <w:t xml:space="preserve"> </w:t>
      </w:r>
      <w:proofErr w:type="spellStart"/>
      <w:r w:rsidRPr="00D412EE">
        <w:t>niet</w:t>
      </w:r>
      <w:proofErr w:type="spellEnd"/>
      <w:r w:rsidRPr="00D412EE">
        <w:t xml:space="preserve"> in </w:t>
      </w:r>
      <w:proofErr w:type="spellStart"/>
      <w:r w:rsidRPr="00D412EE">
        <w:t>behandeling</w:t>
      </w:r>
      <w:proofErr w:type="spellEnd"/>
      <w:r w:rsidRPr="00D412EE">
        <w:t xml:space="preserve"> </w:t>
      </w:r>
      <w:proofErr w:type="spellStart"/>
      <w:r w:rsidRPr="00D412EE">
        <w:t>genomen</w:t>
      </w:r>
      <w:proofErr w:type="spellEnd"/>
      <w:r w:rsidRPr="00D412EE">
        <w:t xml:space="preserve"> of de procedure </w:t>
      </w:r>
      <w:proofErr w:type="spellStart"/>
      <w:r w:rsidRPr="00D412EE">
        <w:t>wordt</w:t>
      </w:r>
      <w:proofErr w:type="spellEnd"/>
      <w:r w:rsidRPr="00D412EE">
        <w:t xml:space="preserve"> </w:t>
      </w:r>
      <w:proofErr w:type="spellStart"/>
      <w:r w:rsidRPr="00D412EE">
        <w:t>gestaakt</w:t>
      </w:r>
      <w:proofErr w:type="spellEnd"/>
      <w:r w:rsidRPr="00D412EE">
        <w:t xml:space="preserve"> </w:t>
      </w:r>
      <w:proofErr w:type="spellStart"/>
      <w:r w:rsidRPr="00D412EE">
        <w:t>als</w:t>
      </w:r>
      <w:proofErr w:type="spellEnd"/>
      <w:r w:rsidRPr="00D412EE">
        <w:t xml:space="preserve"> de </w:t>
      </w:r>
      <w:proofErr w:type="spellStart"/>
      <w:r w:rsidRPr="00D412EE">
        <w:t>cliënt</w:t>
      </w:r>
      <w:proofErr w:type="spellEnd"/>
      <w:r w:rsidRPr="00D412EE">
        <w:t xml:space="preserve"> </w:t>
      </w:r>
      <w:proofErr w:type="spellStart"/>
      <w:r w:rsidRPr="00D412EE">
        <w:t>zich</w:t>
      </w:r>
      <w:proofErr w:type="spellEnd"/>
      <w:r w:rsidRPr="00D412EE">
        <w:t xml:space="preserve"> </w:t>
      </w:r>
      <w:proofErr w:type="spellStart"/>
      <w:r w:rsidRPr="00D412EE">
        <w:t>voor</w:t>
      </w:r>
      <w:proofErr w:type="spellEnd"/>
      <w:r w:rsidRPr="00D412EE">
        <w:t xml:space="preserve"> of </w:t>
      </w:r>
      <w:proofErr w:type="spellStart"/>
      <w:r w:rsidRPr="00D412EE">
        <w:t>tijdens</w:t>
      </w:r>
      <w:proofErr w:type="spellEnd"/>
      <w:r w:rsidRPr="00D412EE">
        <w:t xml:space="preserve"> de </w:t>
      </w:r>
      <w:proofErr w:type="spellStart"/>
      <w:r w:rsidRPr="00D412EE">
        <w:t>behandeling</w:t>
      </w:r>
      <w:proofErr w:type="spellEnd"/>
      <w:r w:rsidRPr="00D412EE">
        <w:t xml:space="preserve"> </w:t>
      </w:r>
      <w:proofErr w:type="spellStart"/>
      <w:r w:rsidRPr="00D412EE">
        <w:t>ter</w:t>
      </w:r>
      <w:proofErr w:type="spellEnd"/>
      <w:r w:rsidRPr="00D412EE">
        <w:t xml:space="preserve"> </w:t>
      </w:r>
      <w:proofErr w:type="spellStart"/>
      <w:r w:rsidRPr="00D412EE">
        <w:t>zake</w:t>
      </w:r>
      <w:proofErr w:type="spellEnd"/>
      <w:r w:rsidRPr="00D412EE">
        <w:t xml:space="preserve"> van </w:t>
      </w:r>
      <w:proofErr w:type="spellStart"/>
      <w:r w:rsidRPr="00D412EE">
        <w:t>dezelfde</w:t>
      </w:r>
      <w:proofErr w:type="spellEnd"/>
      <w:r w:rsidRPr="00D412EE">
        <w:t xml:space="preserve"> </w:t>
      </w:r>
      <w:proofErr w:type="spellStart"/>
      <w:r w:rsidRPr="00D412EE">
        <w:t>klacht</w:t>
      </w:r>
      <w:proofErr w:type="spellEnd"/>
      <w:r w:rsidRPr="00D412EE">
        <w:t xml:space="preserve"> tot de </w:t>
      </w:r>
      <w:proofErr w:type="spellStart"/>
      <w:r w:rsidRPr="00D412EE">
        <w:t>kantonrechter</w:t>
      </w:r>
      <w:proofErr w:type="spellEnd"/>
      <w:r w:rsidRPr="00D412EE">
        <w:t xml:space="preserve"> </w:t>
      </w:r>
      <w:proofErr w:type="spellStart"/>
      <w:r w:rsidRPr="00D412EE">
        <w:t>heeft</w:t>
      </w:r>
      <w:proofErr w:type="spellEnd"/>
      <w:r w:rsidRPr="00D412EE">
        <w:t xml:space="preserve"> </w:t>
      </w:r>
      <w:proofErr w:type="spellStart"/>
      <w:r w:rsidRPr="00D412EE">
        <w:t>gewend</w:t>
      </w:r>
      <w:proofErr w:type="spellEnd"/>
      <w:r w:rsidRPr="00D412EE">
        <w:t>.</w:t>
      </w:r>
    </w:p>
    <w:p w14:paraId="18495013" w14:textId="3F115C22" w:rsidR="00D412EE" w:rsidRDefault="00D412EE" w:rsidP="00D412EE">
      <w:pPr>
        <w:pStyle w:val="Kop2"/>
      </w:pPr>
      <w:r>
        <w:lastRenderedPageBreak/>
        <w:t xml:space="preserve">Artikel </w:t>
      </w:r>
      <w:r>
        <w:t>7</w:t>
      </w:r>
      <w:r>
        <w:t xml:space="preserve">. </w:t>
      </w:r>
      <w:proofErr w:type="spellStart"/>
      <w:r>
        <w:t>Geheimhouding</w:t>
      </w:r>
      <w:proofErr w:type="spellEnd"/>
    </w:p>
    <w:p w14:paraId="68A6DD6D" w14:textId="491B0F5F" w:rsidR="00D412EE" w:rsidRDefault="00D412EE" w:rsidP="00D412EE">
      <w:pPr>
        <w:pStyle w:val="Geenafstand"/>
      </w:pPr>
      <w:proofErr w:type="spellStart"/>
      <w:r w:rsidRPr="00D412EE">
        <w:t>Klachten</w:t>
      </w:r>
      <w:proofErr w:type="spellEnd"/>
      <w:r w:rsidRPr="00D412EE">
        <w:t xml:space="preserve"> </w:t>
      </w:r>
      <w:proofErr w:type="spellStart"/>
      <w:r w:rsidRPr="00D412EE">
        <w:t>worden</w:t>
      </w:r>
      <w:proofErr w:type="spellEnd"/>
      <w:r w:rsidRPr="00D412EE">
        <w:t xml:space="preserve"> </w:t>
      </w:r>
      <w:proofErr w:type="spellStart"/>
      <w:r w:rsidRPr="00D412EE">
        <w:t>onder</w:t>
      </w:r>
      <w:proofErr w:type="spellEnd"/>
      <w:r w:rsidRPr="00D412EE">
        <w:t xml:space="preserve"> </w:t>
      </w:r>
      <w:proofErr w:type="spellStart"/>
      <w:r w:rsidRPr="00D412EE">
        <w:t>strikte</w:t>
      </w:r>
      <w:proofErr w:type="spellEnd"/>
      <w:r w:rsidRPr="00D412EE">
        <w:t xml:space="preserve"> </w:t>
      </w:r>
      <w:proofErr w:type="spellStart"/>
      <w:r w:rsidRPr="00D412EE">
        <w:t>geheimhouding</w:t>
      </w:r>
      <w:proofErr w:type="spellEnd"/>
      <w:r w:rsidRPr="00D412EE">
        <w:t xml:space="preserve"> </w:t>
      </w:r>
      <w:proofErr w:type="spellStart"/>
      <w:r w:rsidRPr="00D412EE">
        <w:t>afgewikkeld</w:t>
      </w:r>
      <w:proofErr w:type="spellEnd"/>
      <w:r w:rsidRPr="00D412EE">
        <w:t xml:space="preserve">. </w:t>
      </w:r>
      <w:proofErr w:type="spellStart"/>
      <w:r w:rsidRPr="00D412EE">
        <w:t>Indien</w:t>
      </w:r>
      <w:proofErr w:type="spellEnd"/>
      <w:r w:rsidRPr="00D412EE">
        <w:t xml:space="preserve"> het </w:t>
      </w:r>
      <w:proofErr w:type="spellStart"/>
      <w:r w:rsidRPr="00D412EE">
        <w:t>noodzakelijk</w:t>
      </w:r>
      <w:proofErr w:type="spellEnd"/>
      <w:r w:rsidRPr="00D412EE">
        <w:t xml:space="preserve"> is </w:t>
      </w:r>
      <w:proofErr w:type="spellStart"/>
      <w:r w:rsidRPr="00D412EE">
        <w:t>bij</w:t>
      </w:r>
      <w:proofErr w:type="spellEnd"/>
      <w:r w:rsidRPr="00D412EE">
        <w:t xml:space="preserve"> </w:t>
      </w:r>
      <w:proofErr w:type="spellStart"/>
      <w:r w:rsidRPr="00D412EE">
        <w:t>derden</w:t>
      </w:r>
      <w:proofErr w:type="spellEnd"/>
      <w:r w:rsidRPr="00D412EE">
        <w:t xml:space="preserve"> </w:t>
      </w:r>
      <w:proofErr w:type="spellStart"/>
      <w:r w:rsidRPr="00D412EE">
        <w:t>informatie</w:t>
      </w:r>
      <w:proofErr w:type="spellEnd"/>
      <w:r w:rsidRPr="00D412EE">
        <w:t xml:space="preserve"> op </w:t>
      </w:r>
      <w:proofErr w:type="spellStart"/>
      <w:r w:rsidRPr="00D412EE">
        <w:t>te</w:t>
      </w:r>
      <w:proofErr w:type="spellEnd"/>
      <w:r w:rsidRPr="00D412EE">
        <w:t xml:space="preserve"> </w:t>
      </w:r>
      <w:proofErr w:type="spellStart"/>
      <w:r w:rsidRPr="00D412EE">
        <w:t>vragen</w:t>
      </w:r>
      <w:proofErr w:type="spellEnd"/>
      <w:r w:rsidRPr="00D412EE">
        <w:t xml:space="preserve"> </w:t>
      </w:r>
      <w:proofErr w:type="spellStart"/>
      <w:r w:rsidRPr="00D412EE">
        <w:t>zal</w:t>
      </w:r>
      <w:proofErr w:type="spellEnd"/>
      <w:r w:rsidRPr="00D412EE">
        <w:t xml:space="preserve"> </w:t>
      </w:r>
      <w:proofErr w:type="spellStart"/>
      <w:r w:rsidRPr="00D412EE">
        <w:t>vooraf</w:t>
      </w:r>
      <w:proofErr w:type="spellEnd"/>
      <w:r w:rsidRPr="00D412EE">
        <w:t xml:space="preserve"> </w:t>
      </w:r>
      <w:proofErr w:type="spellStart"/>
      <w:r w:rsidRPr="00D412EE">
        <w:t>toestemming</w:t>
      </w:r>
      <w:proofErr w:type="spellEnd"/>
      <w:r w:rsidRPr="00D412EE">
        <w:t xml:space="preserve"> </w:t>
      </w:r>
      <w:proofErr w:type="spellStart"/>
      <w:r w:rsidRPr="00D412EE">
        <w:t>aan</w:t>
      </w:r>
      <w:proofErr w:type="spellEnd"/>
      <w:r w:rsidRPr="00D412EE">
        <w:t xml:space="preserve"> de client </w:t>
      </w:r>
      <w:proofErr w:type="spellStart"/>
      <w:r w:rsidRPr="00D412EE">
        <w:t>worden</w:t>
      </w:r>
      <w:proofErr w:type="spellEnd"/>
      <w:r w:rsidRPr="00D412EE">
        <w:t xml:space="preserve"> </w:t>
      </w:r>
      <w:proofErr w:type="spellStart"/>
      <w:r w:rsidRPr="00D412EE">
        <w:t>gevraagd</w:t>
      </w:r>
      <w:proofErr w:type="spellEnd"/>
      <w:r w:rsidRPr="00D412EE">
        <w:t>.</w:t>
      </w:r>
    </w:p>
    <w:sectPr w:rsidR="00D412E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48472A"/>
    <w:multiLevelType w:val="hybridMultilevel"/>
    <w:tmpl w:val="A2947DDA"/>
    <w:lvl w:ilvl="0" w:tplc="8230CCE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242A6"/>
    <w:multiLevelType w:val="hybridMultilevel"/>
    <w:tmpl w:val="B0C8855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519275">
    <w:abstractNumId w:val="8"/>
  </w:num>
  <w:num w:numId="2" w16cid:durableId="1018582283">
    <w:abstractNumId w:val="6"/>
  </w:num>
  <w:num w:numId="3" w16cid:durableId="421806027">
    <w:abstractNumId w:val="5"/>
  </w:num>
  <w:num w:numId="4" w16cid:durableId="634794754">
    <w:abstractNumId w:val="4"/>
  </w:num>
  <w:num w:numId="5" w16cid:durableId="1044791847">
    <w:abstractNumId w:val="7"/>
  </w:num>
  <w:num w:numId="6" w16cid:durableId="303170185">
    <w:abstractNumId w:val="3"/>
  </w:num>
  <w:num w:numId="7" w16cid:durableId="1524518302">
    <w:abstractNumId w:val="2"/>
  </w:num>
  <w:num w:numId="8" w16cid:durableId="833110966">
    <w:abstractNumId w:val="1"/>
  </w:num>
  <w:num w:numId="9" w16cid:durableId="1064068309">
    <w:abstractNumId w:val="0"/>
  </w:num>
  <w:num w:numId="10" w16cid:durableId="1609851528">
    <w:abstractNumId w:val="10"/>
  </w:num>
  <w:num w:numId="11" w16cid:durableId="14675043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5059C"/>
    <w:rsid w:val="004066E5"/>
    <w:rsid w:val="0042715B"/>
    <w:rsid w:val="0093529E"/>
    <w:rsid w:val="00A106A3"/>
    <w:rsid w:val="00AA1D8D"/>
    <w:rsid w:val="00B47730"/>
    <w:rsid w:val="00CB0664"/>
    <w:rsid w:val="00D412EE"/>
    <w:rsid w:val="00E9728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B3064"/>
  <w14:defaultImageDpi w14:val="300"/>
  <w15:docId w15:val="{5C621878-33C5-4952-AA1B-82CFE8C4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4081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Tatiana Hermsen</cp:lastModifiedBy>
  <cp:revision>2</cp:revision>
  <dcterms:created xsi:type="dcterms:W3CDTF">2025-07-28T14:03:00Z</dcterms:created>
  <dcterms:modified xsi:type="dcterms:W3CDTF">2025-07-28T14:03:00Z</dcterms:modified>
  <cp:category/>
</cp:coreProperties>
</file>